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711B52" w:rsidRPr="000D0B06" w:rsidRDefault="00B116A9" w:rsidP="000D0B06">
      <w:pPr>
        <w:pStyle w:val="aa"/>
        <w:jc w:val="center"/>
        <w:rPr>
          <w:rFonts w:ascii="Times New Roman" w:hAnsi="Times New Roman" w:cs="Times New Roman"/>
          <w:sz w:val="28"/>
          <w:szCs w:val="28"/>
        </w:rPr>
      </w:pPr>
      <w:r w:rsidRPr="000D0B06">
        <w:rPr>
          <w:rFonts w:ascii="Times New Roman" w:hAnsi="Times New Roman" w:cs="Times New Roman"/>
          <w:sz w:val="28"/>
          <w:szCs w:val="28"/>
        </w:rPr>
        <w:t>Мектеп ұйымдастырушысының 2024–2025 оқу жылына арналған жылдық есебі</w:t>
      </w:r>
    </w:p>
    <w:p w:rsidR="00711B52" w:rsidRPr="002C041D" w:rsidRDefault="00B116A9" w:rsidP="000D0B06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C041D">
        <w:rPr>
          <w:rFonts w:ascii="Times New Roman" w:hAnsi="Times New Roman" w:cs="Times New Roman"/>
          <w:sz w:val="28"/>
          <w:szCs w:val="28"/>
        </w:rPr>
        <w:t>Мектеп</w:t>
      </w:r>
      <w:proofErr w:type="spellEnd"/>
      <w:r w:rsidRPr="002C04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041D">
        <w:rPr>
          <w:rFonts w:ascii="Times New Roman" w:hAnsi="Times New Roman" w:cs="Times New Roman"/>
          <w:sz w:val="28"/>
          <w:szCs w:val="28"/>
        </w:rPr>
        <w:t>атауы</w:t>
      </w:r>
      <w:proofErr w:type="spellEnd"/>
      <w:r w:rsidRPr="002C041D">
        <w:rPr>
          <w:rFonts w:ascii="Times New Roman" w:hAnsi="Times New Roman" w:cs="Times New Roman"/>
          <w:sz w:val="28"/>
          <w:szCs w:val="28"/>
        </w:rPr>
        <w:t>: №</w:t>
      </w:r>
      <w:r w:rsidR="000D0B06" w:rsidRPr="002C041D">
        <w:rPr>
          <w:rFonts w:ascii="Times New Roman" w:hAnsi="Times New Roman" w:cs="Times New Roman"/>
          <w:sz w:val="28"/>
          <w:szCs w:val="28"/>
        </w:rPr>
        <w:t>3</w:t>
      </w:r>
    </w:p>
    <w:p w:rsidR="00711B52" w:rsidRPr="002C041D" w:rsidRDefault="00B116A9" w:rsidP="000D0B06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2C041D">
        <w:rPr>
          <w:rFonts w:ascii="Times New Roman" w:hAnsi="Times New Roman" w:cs="Times New Roman"/>
          <w:sz w:val="28"/>
          <w:szCs w:val="28"/>
        </w:rPr>
        <w:t>Ұйымдастырушының</w:t>
      </w:r>
      <w:proofErr w:type="spellEnd"/>
      <w:r w:rsidRPr="002C04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041D">
        <w:rPr>
          <w:rFonts w:ascii="Times New Roman" w:hAnsi="Times New Roman" w:cs="Times New Roman"/>
          <w:sz w:val="28"/>
          <w:szCs w:val="28"/>
        </w:rPr>
        <w:t>аты-жөні</w:t>
      </w:r>
      <w:proofErr w:type="spellEnd"/>
      <w:r w:rsidRPr="002C041D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="000D0B06" w:rsidRPr="002C041D">
        <w:rPr>
          <w:rFonts w:ascii="Times New Roman" w:hAnsi="Times New Roman" w:cs="Times New Roman"/>
          <w:sz w:val="28"/>
          <w:szCs w:val="28"/>
          <w:lang w:val="ru-RU"/>
        </w:rPr>
        <w:t>Зубайраева</w:t>
      </w:r>
      <w:proofErr w:type="spellEnd"/>
      <w:r w:rsidR="000D0B06" w:rsidRPr="002C041D">
        <w:rPr>
          <w:rFonts w:ascii="Times New Roman" w:hAnsi="Times New Roman" w:cs="Times New Roman"/>
          <w:sz w:val="28"/>
          <w:szCs w:val="28"/>
        </w:rPr>
        <w:t xml:space="preserve"> </w:t>
      </w:r>
      <w:r w:rsidR="000D0B06" w:rsidRPr="002C041D">
        <w:rPr>
          <w:rFonts w:ascii="Times New Roman" w:hAnsi="Times New Roman" w:cs="Times New Roman"/>
          <w:sz w:val="28"/>
          <w:szCs w:val="28"/>
          <w:lang w:val="ru-RU"/>
        </w:rPr>
        <w:t>А</w:t>
      </w:r>
      <w:r w:rsidR="000D0B06" w:rsidRPr="002C041D">
        <w:rPr>
          <w:rFonts w:ascii="Times New Roman" w:hAnsi="Times New Roman" w:cs="Times New Roman"/>
          <w:sz w:val="28"/>
          <w:szCs w:val="28"/>
        </w:rPr>
        <w:t>.</w:t>
      </w:r>
      <w:r w:rsidR="000D0B06" w:rsidRPr="002C041D">
        <w:rPr>
          <w:rFonts w:ascii="Times New Roman" w:hAnsi="Times New Roman" w:cs="Times New Roman"/>
          <w:sz w:val="28"/>
          <w:szCs w:val="28"/>
          <w:lang w:val="kk-KZ"/>
        </w:rPr>
        <w:t>Е. Қалыбаева Ж.</w:t>
      </w:r>
    </w:p>
    <w:p w:rsidR="00711B52" w:rsidRPr="002C041D" w:rsidRDefault="00B116A9" w:rsidP="000D0B06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2C041D">
        <w:rPr>
          <w:rFonts w:ascii="Times New Roman" w:hAnsi="Times New Roman" w:cs="Times New Roman"/>
          <w:sz w:val="28"/>
          <w:szCs w:val="28"/>
          <w:lang w:val="ru-RU"/>
        </w:rPr>
        <w:t>Қызметі</w:t>
      </w:r>
      <w:proofErr w:type="spellEnd"/>
      <w:r w:rsidRPr="002C041D"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proofErr w:type="spellStart"/>
      <w:r w:rsidRPr="002C041D">
        <w:rPr>
          <w:rFonts w:ascii="Times New Roman" w:hAnsi="Times New Roman" w:cs="Times New Roman"/>
          <w:sz w:val="28"/>
          <w:szCs w:val="28"/>
          <w:lang w:val="ru-RU"/>
        </w:rPr>
        <w:t>Мектеп</w:t>
      </w:r>
      <w:proofErr w:type="spellEnd"/>
      <w:r w:rsidRPr="002C041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C041D">
        <w:rPr>
          <w:rFonts w:ascii="Times New Roman" w:hAnsi="Times New Roman" w:cs="Times New Roman"/>
          <w:sz w:val="28"/>
          <w:szCs w:val="28"/>
          <w:lang w:val="ru-RU"/>
        </w:rPr>
        <w:t>ұйымдастырушысы</w:t>
      </w:r>
      <w:proofErr w:type="spellEnd"/>
      <w:r w:rsidRPr="002C041D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Pr="002C041D">
        <w:rPr>
          <w:rFonts w:ascii="Times New Roman" w:hAnsi="Times New Roman" w:cs="Times New Roman"/>
          <w:sz w:val="28"/>
          <w:szCs w:val="28"/>
          <w:lang w:val="ru-RU"/>
        </w:rPr>
        <w:t>тәрбие</w:t>
      </w:r>
      <w:proofErr w:type="spellEnd"/>
      <w:r w:rsidRPr="002C041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C041D">
        <w:rPr>
          <w:rFonts w:ascii="Times New Roman" w:hAnsi="Times New Roman" w:cs="Times New Roman"/>
          <w:sz w:val="28"/>
          <w:szCs w:val="28"/>
          <w:lang w:val="ru-RU"/>
        </w:rPr>
        <w:t>ісі</w:t>
      </w:r>
      <w:proofErr w:type="spellEnd"/>
      <w:r w:rsidRPr="002C041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C041D">
        <w:rPr>
          <w:rFonts w:ascii="Times New Roman" w:hAnsi="Times New Roman" w:cs="Times New Roman"/>
          <w:sz w:val="28"/>
          <w:szCs w:val="28"/>
          <w:lang w:val="ru-RU"/>
        </w:rPr>
        <w:t>жөніндегі</w:t>
      </w:r>
      <w:proofErr w:type="spellEnd"/>
      <w:r w:rsidRPr="002C041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C041D">
        <w:rPr>
          <w:rFonts w:ascii="Times New Roman" w:hAnsi="Times New Roman" w:cs="Times New Roman"/>
          <w:sz w:val="28"/>
          <w:szCs w:val="28"/>
          <w:lang w:val="ru-RU"/>
        </w:rPr>
        <w:t>орынбасар</w:t>
      </w:r>
      <w:proofErr w:type="spellEnd"/>
      <w:r w:rsidRPr="002C041D">
        <w:rPr>
          <w:rFonts w:ascii="Times New Roman" w:hAnsi="Times New Roman" w:cs="Times New Roman"/>
          <w:sz w:val="28"/>
          <w:szCs w:val="28"/>
          <w:lang w:val="ru-RU"/>
        </w:rPr>
        <w:t>)</w:t>
      </w:r>
    </w:p>
    <w:p w:rsidR="00711B52" w:rsidRPr="002C041D" w:rsidRDefault="00B116A9" w:rsidP="000D0B06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C041D">
        <w:rPr>
          <w:rFonts w:ascii="Times New Roman" w:hAnsi="Times New Roman" w:cs="Times New Roman"/>
          <w:sz w:val="28"/>
          <w:szCs w:val="28"/>
        </w:rPr>
        <w:t>Есеп</w:t>
      </w:r>
      <w:proofErr w:type="spellEnd"/>
      <w:r w:rsidRPr="002C04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041D">
        <w:rPr>
          <w:rFonts w:ascii="Times New Roman" w:hAnsi="Times New Roman" w:cs="Times New Roman"/>
          <w:sz w:val="28"/>
          <w:szCs w:val="28"/>
        </w:rPr>
        <w:t>беру</w:t>
      </w:r>
      <w:proofErr w:type="spellEnd"/>
      <w:r w:rsidRPr="002C04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041D">
        <w:rPr>
          <w:rFonts w:ascii="Times New Roman" w:hAnsi="Times New Roman" w:cs="Times New Roman"/>
          <w:sz w:val="28"/>
          <w:szCs w:val="28"/>
        </w:rPr>
        <w:t>мерзімі</w:t>
      </w:r>
      <w:proofErr w:type="spellEnd"/>
      <w:r w:rsidRPr="002C041D">
        <w:rPr>
          <w:rFonts w:ascii="Times New Roman" w:hAnsi="Times New Roman" w:cs="Times New Roman"/>
          <w:sz w:val="28"/>
          <w:szCs w:val="28"/>
        </w:rPr>
        <w:t xml:space="preserve">: </w:t>
      </w:r>
      <w:r w:rsidRPr="002C041D">
        <w:rPr>
          <w:rFonts w:ascii="Times New Roman" w:hAnsi="Times New Roman" w:cs="Times New Roman"/>
          <w:sz w:val="28"/>
          <w:szCs w:val="28"/>
        </w:rPr>
        <w:t>2024–2025 оқу жылы</w:t>
      </w:r>
    </w:p>
    <w:p w:rsidR="00711B52" w:rsidRPr="002C041D" w:rsidRDefault="00B116A9" w:rsidP="000D0B06">
      <w:pPr>
        <w:jc w:val="both"/>
        <w:rPr>
          <w:rFonts w:ascii="Times New Roman" w:hAnsi="Times New Roman" w:cs="Times New Roman"/>
          <w:sz w:val="28"/>
          <w:szCs w:val="28"/>
        </w:rPr>
      </w:pPr>
      <w:r w:rsidRPr="002C041D">
        <w:rPr>
          <w:rFonts w:ascii="Times New Roman" w:hAnsi="Times New Roman" w:cs="Times New Roman"/>
          <w:sz w:val="28"/>
          <w:szCs w:val="28"/>
        </w:rPr>
        <w:t xml:space="preserve">2024–2025 </w:t>
      </w:r>
      <w:proofErr w:type="spellStart"/>
      <w:r w:rsidRPr="002C041D">
        <w:rPr>
          <w:rFonts w:ascii="Times New Roman" w:hAnsi="Times New Roman" w:cs="Times New Roman"/>
          <w:sz w:val="28"/>
          <w:szCs w:val="28"/>
        </w:rPr>
        <w:t>оқу</w:t>
      </w:r>
      <w:proofErr w:type="spellEnd"/>
      <w:r w:rsidRPr="002C04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041D">
        <w:rPr>
          <w:rFonts w:ascii="Times New Roman" w:hAnsi="Times New Roman" w:cs="Times New Roman"/>
          <w:sz w:val="28"/>
          <w:szCs w:val="28"/>
        </w:rPr>
        <w:t>жылында</w:t>
      </w:r>
      <w:proofErr w:type="spellEnd"/>
      <w:r w:rsidRPr="002C04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041D">
        <w:rPr>
          <w:rFonts w:ascii="Times New Roman" w:hAnsi="Times New Roman" w:cs="Times New Roman"/>
          <w:sz w:val="28"/>
          <w:szCs w:val="28"/>
        </w:rPr>
        <w:t>тәрбие</w:t>
      </w:r>
      <w:proofErr w:type="spellEnd"/>
      <w:r w:rsidRPr="002C041D">
        <w:rPr>
          <w:rFonts w:ascii="Times New Roman" w:hAnsi="Times New Roman" w:cs="Times New Roman"/>
          <w:sz w:val="28"/>
          <w:szCs w:val="28"/>
        </w:rPr>
        <w:t xml:space="preserve"> жұмысының басты мақсаты – оқушылардың жан-жақты дамыған, отансүйгіш, адамгершілік құндылықтары жоғары, белсенді азамат ретінде қалыптасуына ықпал ету. Жыл басында ҚР Оқу-ағарту министрлігінің тәрби</w:t>
      </w:r>
      <w:r w:rsidRPr="002C041D">
        <w:rPr>
          <w:rFonts w:ascii="Times New Roman" w:hAnsi="Times New Roman" w:cs="Times New Roman"/>
          <w:sz w:val="28"/>
          <w:szCs w:val="28"/>
        </w:rPr>
        <w:t>е жұмысы жөніндегі тұжырымдамасына және «Тәрбиенің жеті бағыты» негізінде мектепішілік тәрбие жоспары құрылып, оқу жылы бойы жоспарлы түрде жүзеге асырылды.</w:t>
      </w:r>
    </w:p>
    <w:p w:rsidR="00711B52" w:rsidRPr="002C041D" w:rsidRDefault="00B116A9" w:rsidP="000D0B06">
      <w:pPr>
        <w:pStyle w:val="a0"/>
        <w:jc w:val="both"/>
        <w:rPr>
          <w:rFonts w:ascii="Times New Roman" w:hAnsi="Times New Roman" w:cs="Times New Roman"/>
          <w:sz w:val="28"/>
          <w:szCs w:val="28"/>
        </w:rPr>
      </w:pPr>
      <w:r w:rsidRPr="002C041D">
        <w:rPr>
          <w:rFonts w:ascii="Times New Roman" w:hAnsi="Times New Roman" w:cs="Times New Roman"/>
          <w:sz w:val="28"/>
          <w:szCs w:val="28"/>
        </w:rPr>
        <w:t xml:space="preserve">- 16 </w:t>
      </w:r>
      <w:proofErr w:type="spellStart"/>
      <w:r w:rsidRPr="002C041D">
        <w:rPr>
          <w:rFonts w:ascii="Times New Roman" w:hAnsi="Times New Roman" w:cs="Times New Roman"/>
          <w:sz w:val="28"/>
          <w:szCs w:val="28"/>
        </w:rPr>
        <w:t>желтоқсан</w:t>
      </w:r>
      <w:proofErr w:type="spellEnd"/>
      <w:r w:rsidRPr="002C041D">
        <w:rPr>
          <w:rFonts w:ascii="Times New Roman" w:hAnsi="Times New Roman" w:cs="Times New Roman"/>
          <w:sz w:val="28"/>
          <w:szCs w:val="28"/>
        </w:rPr>
        <w:t xml:space="preserve"> – Тәуелсіздік күніне арналған «Тәуелсіз елдің </w:t>
      </w:r>
      <w:proofErr w:type="gramStart"/>
      <w:r w:rsidRPr="002C041D">
        <w:rPr>
          <w:rFonts w:ascii="Times New Roman" w:hAnsi="Times New Roman" w:cs="Times New Roman"/>
          <w:sz w:val="28"/>
          <w:szCs w:val="28"/>
        </w:rPr>
        <w:t>ұрпағымыз!»</w:t>
      </w:r>
      <w:proofErr w:type="gramEnd"/>
      <w:r w:rsidRPr="002C041D">
        <w:rPr>
          <w:rFonts w:ascii="Times New Roman" w:hAnsi="Times New Roman" w:cs="Times New Roman"/>
          <w:sz w:val="28"/>
          <w:szCs w:val="28"/>
        </w:rPr>
        <w:t xml:space="preserve"> атты салтанатты жиын ұйымдастырылды.</w:t>
      </w:r>
    </w:p>
    <w:p w:rsidR="00711B52" w:rsidRPr="002C041D" w:rsidRDefault="00B116A9" w:rsidP="000D0B06">
      <w:pPr>
        <w:pStyle w:val="a0"/>
        <w:jc w:val="both"/>
        <w:rPr>
          <w:rFonts w:ascii="Times New Roman" w:hAnsi="Times New Roman" w:cs="Times New Roman"/>
          <w:sz w:val="28"/>
          <w:szCs w:val="28"/>
        </w:rPr>
      </w:pPr>
      <w:r w:rsidRPr="002C041D">
        <w:rPr>
          <w:rFonts w:ascii="Times New Roman" w:hAnsi="Times New Roman" w:cs="Times New Roman"/>
          <w:sz w:val="28"/>
          <w:szCs w:val="28"/>
        </w:rPr>
        <w:t>- «Жас сарбаз» әскери-патриоттық клубы белсенді жұмыс істеді, оқу</w:t>
      </w:r>
      <w:r w:rsidRPr="002C041D">
        <w:rPr>
          <w:rFonts w:ascii="Times New Roman" w:hAnsi="Times New Roman" w:cs="Times New Roman"/>
          <w:sz w:val="28"/>
          <w:szCs w:val="28"/>
        </w:rPr>
        <w:t>шылар қалалық әскери сайыстарға қатысты.</w:t>
      </w:r>
    </w:p>
    <w:p w:rsidR="00711B52" w:rsidRPr="002C041D" w:rsidRDefault="00B116A9" w:rsidP="000D0B06">
      <w:pPr>
        <w:pStyle w:val="a0"/>
        <w:jc w:val="both"/>
        <w:rPr>
          <w:rFonts w:ascii="Times New Roman" w:hAnsi="Times New Roman" w:cs="Times New Roman"/>
          <w:sz w:val="28"/>
          <w:szCs w:val="28"/>
        </w:rPr>
      </w:pPr>
      <w:r w:rsidRPr="002C041D">
        <w:rPr>
          <w:rFonts w:ascii="Times New Roman" w:hAnsi="Times New Roman" w:cs="Times New Roman"/>
          <w:sz w:val="28"/>
          <w:szCs w:val="28"/>
        </w:rPr>
        <w:t>- «</w:t>
      </w:r>
      <w:proofErr w:type="spellStart"/>
      <w:r w:rsidRPr="002C041D">
        <w:rPr>
          <w:rFonts w:ascii="Times New Roman" w:hAnsi="Times New Roman" w:cs="Times New Roman"/>
          <w:sz w:val="28"/>
          <w:szCs w:val="28"/>
        </w:rPr>
        <w:t>Адал</w:t>
      </w:r>
      <w:proofErr w:type="spellEnd"/>
      <w:r w:rsidRPr="002C04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041D">
        <w:rPr>
          <w:rFonts w:ascii="Times New Roman" w:hAnsi="Times New Roman" w:cs="Times New Roman"/>
          <w:sz w:val="28"/>
          <w:szCs w:val="28"/>
        </w:rPr>
        <w:t>ұрпақ</w:t>
      </w:r>
      <w:proofErr w:type="spellEnd"/>
      <w:r w:rsidRPr="002C041D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2C041D">
        <w:rPr>
          <w:rFonts w:ascii="Times New Roman" w:hAnsi="Times New Roman" w:cs="Times New Roman"/>
          <w:sz w:val="28"/>
          <w:szCs w:val="28"/>
        </w:rPr>
        <w:t>клубы</w:t>
      </w:r>
      <w:proofErr w:type="spellEnd"/>
      <w:r w:rsidRPr="002C041D">
        <w:rPr>
          <w:rFonts w:ascii="Times New Roman" w:hAnsi="Times New Roman" w:cs="Times New Roman"/>
          <w:sz w:val="28"/>
          <w:szCs w:val="28"/>
        </w:rPr>
        <w:t xml:space="preserve"> арқылы адалдық сағаттары өткізілді.</w:t>
      </w:r>
    </w:p>
    <w:p w:rsidR="00711B52" w:rsidRPr="002C041D" w:rsidRDefault="00B116A9" w:rsidP="000D0B06">
      <w:pPr>
        <w:pStyle w:val="a0"/>
        <w:jc w:val="both"/>
        <w:rPr>
          <w:rFonts w:ascii="Times New Roman" w:hAnsi="Times New Roman" w:cs="Times New Roman"/>
          <w:sz w:val="28"/>
          <w:szCs w:val="28"/>
        </w:rPr>
      </w:pPr>
      <w:r w:rsidRPr="002C041D">
        <w:rPr>
          <w:rFonts w:ascii="Times New Roman" w:hAnsi="Times New Roman" w:cs="Times New Roman"/>
          <w:sz w:val="28"/>
          <w:szCs w:val="28"/>
        </w:rPr>
        <w:t>- «Адамгершілік – асыл қасиет» тақырыбында дебаттар ұйымдастырылды.</w:t>
      </w:r>
    </w:p>
    <w:p w:rsidR="00711B52" w:rsidRPr="002C041D" w:rsidRDefault="00B116A9" w:rsidP="000D0B06">
      <w:pPr>
        <w:pStyle w:val="a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C041D"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proofErr w:type="spellStart"/>
      <w:r w:rsidRPr="002C041D">
        <w:rPr>
          <w:rFonts w:ascii="Times New Roman" w:hAnsi="Times New Roman" w:cs="Times New Roman"/>
          <w:sz w:val="28"/>
          <w:szCs w:val="28"/>
          <w:lang w:val="ru-RU"/>
        </w:rPr>
        <w:t>Психологиялық</w:t>
      </w:r>
      <w:proofErr w:type="spellEnd"/>
      <w:r w:rsidRPr="002C041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C041D">
        <w:rPr>
          <w:rFonts w:ascii="Times New Roman" w:hAnsi="Times New Roman" w:cs="Times New Roman"/>
          <w:sz w:val="28"/>
          <w:szCs w:val="28"/>
          <w:lang w:val="ru-RU"/>
        </w:rPr>
        <w:t>тренингтер</w:t>
      </w:r>
      <w:proofErr w:type="spellEnd"/>
      <w:r w:rsidRPr="002C041D">
        <w:rPr>
          <w:rFonts w:ascii="Times New Roman" w:hAnsi="Times New Roman" w:cs="Times New Roman"/>
          <w:sz w:val="28"/>
          <w:szCs w:val="28"/>
          <w:lang w:val="ru-RU"/>
        </w:rPr>
        <w:t xml:space="preserve"> мен </w:t>
      </w:r>
      <w:proofErr w:type="spellStart"/>
      <w:r w:rsidRPr="002C041D">
        <w:rPr>
          <w:rFonts w:ascii="Times New Roman" w:hAnsi="Times New Roman" w:cs="Times New Roman"/>
          <w:sz w:val="28"/>
          <w:szCs w:val="28"/>
          <w:lang w:val="ru-RU"/>
        </w:rPr>
        <w:t>мотивациялық</w:t>
      </w:r>
      <w:proofErr w:type="spellEnd"/>
      <w:r w:rsidRPr="002C041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C041D">
        <w:rPr>
          <w:rFonts w:ascii="Times New Roman" w:hAnsi="Times New Roman" w:cs="Times New Roman"/>
          <w:sz w:val="28"/>
          <w:szCs w:val="28"/>
          <w:lang w:val="ru-RU"/>
        </w:rPr>
        <w:t>кездесулер</w:t>
      </w:r>
      <w:proofErr w:type="spellEnd"/>
      <w:r w:rsidRPr="002C041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C041D">
        <w:rPr>
          <w:rFonts w:ascii="Times New Roman" w:hAnsi="Times New Roman" w:cs="Times New Roman"/>
          <w:sz w:val="28"/>
          <w:szCs w:val="28"/>
          <w:lang w:val="ru-RU"/>
        </w:rPr>
        <w:t>өтті</w:t>
      </w:r>
      <w:proofErr w:type="spellEnd"/>
      <w:r w:rsidRPr="002C041D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711B52" w:rsidRPr="002C041D" w:rsidRDefault="00B116A9" w:rsidP="000D0B06">
      <w:pPr>
        <w:pStyle w:val="a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C041D">
        <w:rPr>
          <w:rFonts w:ascii="Times New Roman" w:hAnsi="Times New Roman" w:cs="Times New Roman"/>
          <w:sz w:val="28"/>
          <w:szCs w:val="28"/>
          <w:lang w:val="ru-RU"/>
        </w:rPr>
        <w:t xml:space="preserve">- «Наурыз </w:t>
      </w:r>
      <w:proofErr w:type="spellStart"/>
      <w:r w:rsidRPr="002C041D">
        <w:rPr>
          <w:rFonts w:ascii="Times New Roman" w:hAnsi="Times New Roman" w:cs="Times New Roman"/>
          <w:sz w:val="28"/>
          <w:szCs w:val="28"/>
          <w:lang w:val="ru-RU"/>
        </w:rPr>
        <w:t>шапағаты</w:t>
      </w:r>
      <w:proofErr w:type="spellEnd"/>
      <w:r w:rsidRPr="002C041D">
        <w:rPr>
          <w:rFonts w:ascii="Times New Roman" w:hAnsi="Times New Roman" w:cs="Times New Roman"/>
          <w:sz w:val="28"/>
          <w:szCs w:val="28"/>
          <w:lang w:val="ru-RU"/>
        </w:rPr>
        <w:t xml:space="preserve">» </w:t>
      </w:r>
      <w:proofErr w:type="spellStart"/>
      <w:r w:rsidRPr="002C041D">
        <w:rPr>
          <w:rFonts w:ascii="Times New Roman" w:hAnsi="Times New Roman" w:cs="Times New Roman"/>
          <w:sz w:val="28"/>
          <w:szCs w:val="28"/>
          <w:lang w:val="ru-RU"/>
        </w:rPr>
        <w:t>атты</w:t>
      </w:r>
      <w:proofErr w:type="spellEnd"/>
      <w:r w:rsidRPr="002C041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C041D">
        <w:rPr>
          <w:rFonts w:ascii="Times New Roman" w:hAnsi="Times New Roman" w:cs="Times New Roman"/>
          <w:sz w:val="28"/>
          <w:szCs w:val="28"/>
          <w:lang w:val="ru-RU"/>
        </w:rPr>
        <w:t>ұлттық</w:t>
      </w:r>
      <w:proofErr w:type="spellEnd"/>
      <w:r w:rsidRPr="002C041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C041D">
        <w:rPr>
          <w:rFonts w:ascii="Times New Roman" w:hAnsi="Times New Roman" w:cs="Times New Roman"/>
          <w:sz w:val="28"/>
          <w:szCs w:val="28"/>
          <w:lang w:val="ru-RU"/>
        </w:rPr>
        <w:t>мерекелік</w:t>
      </w:r>
      <w:proofErr w:type="spellEnd"/>
      <w:r w:rsidRPr="002C041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C041D">
        <w:rPr>
          <w:rFonts w:ascii="Times New Roman" w:hAnsi="Times New Roman" w:cs="Times New Roman"/>
          <w:sz w:val="28"/>
          <w:szCs w:val="28"/>
          <w:lang w:val="ru-RU"/>
        </w:rPr>
        <w:t>іс</w:t>
      </w:r>
      <w:proofErr w:type="spellEnd"/>
      <w:r w:rsidRPr="002C041D">
        <w:rPr>
          <w:rFonts w:ascii="Times New Roman" w:hAnsi="Times New Roman" w:cs="Times New Roman"/>
          <w:sz w:val="28"/>
          <w:szCs w:val="28"/>
          <w:lang w:val="ru-RU"/>
        </w:rPr>
        <w:t xml:space="preserve">-шара </w:t>
      </w:r>
      <w:proofErr w:type="spellStart"/>
      <w:r w:rsidRPr="002C041D">
        <w:rPr>
          <w:rFonts w:ascii="Times New Roman" w:hAnsi="Times New Roman" w:cs="Times New Roman"/>
          <w:sz w:val="28"/>
          <w:szCs w:val="28"/>
          <w:lang w:val="ru-RU"/>
        </w:rPr>
        <w:t>жоғары</w:t>
      </w:r>
      <w:proofErr w:type="spellEnd"/>
      <w:r w:rsidRPr="002C041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C041D">
        <w:rPr>
          <w:rFonts w:ascii="Times New Roman" w:hAnsi="Times New Roman" w:cs="Times New Roman"/>
          <w:sz w:val="28"/>
          <w:szCs w:val="28"/>
          <w:lang w:val="ru-RU"/>
        </w:rPr>
        <w:t>деңгейде</w:t>
      </w:r>
      <w:proofErr w:type="spellEnd"/>
      <w:r w:rsidRPr="002C041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C041D">
        <w:rPr>
          <w:rFonts w:ascii="Times New Roman" w:hAnsi="Times New Roman" w:cs="Times New Roman"/>
          <w:sz w:val="28"/>
          <w:szCs w:val="28"/>
          <w:lang w:val="ru-RU"/>
        </w:rPr>
        <w:t>өтті</w:t>
      </w:r>
      <w:proofErr w:type="spellEnd"/>
      <w:r w:rsidRPr="002C041D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711B52" w:rsidRPr="002C041D" w:rsidRDefault="00B116A9" w:rsidP="000D0B06">
      <w:pPr>
        <w:pStyle w:val="a0"/>
        <w:jc w:val="both"/>
        <w:rPr>
          <w:rFonts w:ascii="Times New Roman" w:hAnsi="Times New Roman" w:cs="Times New Roman"/>
          <w:sz w:val="28"/>
          <w:szCs w:val="28"/>
        </w:rPr>
      </w:pPr>
      <w:r w:rsidRPr="002C041D">
        <w:rPr>
          <w:rFonts w:ascii="Times New Roman" w:hAnsi="Times New Roman" w:cs="Times New Roman"/>
          <w:sz w:val="28"/>
          <w:szCs w:val="28"/>
        </w:rPr>
        <w:t>- «</w:t>
      </w:r>
      <w:proofErr w:type="spellStart"/>
      <w:r w:rsidRPr="002C041D">
        <w:rPr>
          <w:rFonts w:ascii="Times New Roman" w:hAnsi="Times New Roman" w:cs="Times New Roman"/>
          <w:sz w:val="28"/>
          <w:szCs w:val="28"/>
        </w:rPr>
        <w:t>Ұлттық</w:t>
      </w:r>
      <w:proofErr w:type="spellEnd"/>
      <w:r w:rsidRPr="002C04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041D">
        <w:rPr>
          <w:rFonts w:ascii="Times New Roman" w:hAnsi="Times New Roman" w:cs="Times New Roman"/>
          <w:sz w:val="28"/>
          <w:szCs w:val="28"/>
        </w:rPr>
        <w:t>мұра</w:t>
      </w:r>
      <w:proofErr w:type="spellEnd"/>
      <w:r w:rsidRPr="002C041D">
        <w:rPr>
          <w:rFonts w:ascii="Times New Roman" w:hAnsi="Times New Roman" w:cs="Times New Roman"/>
          <w:sz w:val="28"/>
          <w:szCs w:val="28"/>
        </w:rPr>
        <w:t xml:space="preserve"> – ұлт болашағы» тақырыбында көрме ұйымдастырылып, әр сынып ұлттық салт-дәстүр бойынша бұрыш дайындады.</w:t>
      </w:r>
    </w:p>
    <w:p w:rsidR="00711B52" w:rsidRPr="002C041D" w:rsidRDefault="00B116A9" w:rsidP="000D0B06">
      <w:pPr>
        <w:pStyle w:val="a0"/>
        <w:jc w:val="both"/>
        <w:rPr>
          <w:rFonts w:ascii="Times New Roman" w:hAnsi="Times New Roman" w:cs="Times New Roman"/>
          <w:sz w:val="28"/>
          <w:szCs w:val="28"/>
        </w:rPr>
      </w:pPr>
      <w:r w:rsidRPr="002C041D">
        <w:rPr>
          <w:rFonts w:ascii="Times New Roman" w:hAnsi="Times New Roman" w:cs="Times New Roman"/>
          <w:sz w:val="28"/>
          <w:szCs w:val="28"/>
        </w:rPr>
        <w:t>- «</w:t>
      </w:r>
      <w:proofErr w:type="spellStart"/>
      <w:r w:rsidRPr="002C041D">
        <w:rPr>
          <w:rFonts w:ascii="Times New Roman" w:hAnsi="Times New Roman" w:cs="Times New Roman"/>
          <w:sz w:val="28"/>
          <w:szCs w:val="28"/>
        </w:rPr>
        <w:t>Ата-аналар</w:t>
      </w:r>
      <w:proofErr w:type="spellEnd"/>
      <w:r w:rsidRPr="002C04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041D">
        <w:rPr>
          <w:rFonts w:ascii="Times New Roman" w:hAnsi="Times New Roman" w:cs="Times New Roman"/>
          <w:sz w:val="28"/>
          <w:szCs w:val="28"/>
        </w:rPr>
        <w:t>клубы</w:t>
      </w:r>
      <w:proofErr w:type="spellEnd"/>
      <w:r w:rsidRPr="002C041D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2C041D">
        <w:rPr>
          <w:rFonts w:ascii="Times New Roman" w:hAnsi="Times New Roman" w:cs="Times New Roman"/>
          <w:sz w:val="28"/>
          <w:szCs w:val="28"/>
        </w:rPr>
        <w:t>аясын</w:t>
      </w:r>
      <w:r w:rsidRPr="002C041D">
        <w:rPr>
          <w:rFonts w:ascii="Times New Roman" w:hAnsi="Times New Roman" w:cs="Times New Roman"/>
          <w:sz w:val="28"/>
          <w:szCs w:val="28"/>
        </w:rPr>
        <w:t>да</w:t>
      </w:r>
      <w:proofErr w:type="spellEnd"/>
      <w:r w:rsidRPr="002C041D">
        <w:rPr>
          <w:rFonts w:ascii="Times New Roman" w:hAnsi="Times New Roman" w:cs="Times New Roman"/>
          <w:sz w:val="28"/>
          <w:szCs w:val="28"/>
        </w:rPr>
        <w:t xml:space="preserve"> бірнеше ашық есік күндері, семинарлар, «Отбасылық құндылықтар» тренингі өткізілді.</w:t>
      </w:r>
    </w:p>
    <w:p w:rsidR="00711B52" w:rsidRPr="002C041D" w:rsidRDefault="00B116A9" w:rsidP="000D0B06">
      <w:pPr>
        <w:pStyle w:val="a0"/>
        <w:jc w:val="both"/>
        <w:rPr>
          <w:rFonts w:ascii="Times New Roman" w:hAnsi="Times New Roman" w:cs="Times New Roman"/>
          <w:sz w:val="28"/>
          <w:szCs w:val="28"/>
        </w:rPr>
      </w:pPr>
      <w:r w:rsidRPr="002C041D">
        <w:rPr>
          <w:rFonts w:ascii="Times New Roman" w:hAnsi="Times New Roman" w:cs="Times New Roman"/>
          <w:sz w:val="28"/>
          <w:szCs w:val="28"/>
        </w:rPr>
        <w:t xml:space="preserve">- Қиын оқушылармен жұмыс барысында 15 оқушының </w:t>
      </w:r>
      <w:proofErr w:type="spellStart"/>
      <w:r w:rsidRPr="002C041D">
        <w:rPr>
          <w:rFonts w:ascii="Times New Roman" w:hAnsi="Times New Roman" w:cs="Times New Roman"/>
          <w:sz w:val="28"/>
          <w:szCs w:val="28"/>
        </w:rPr>
        <w:t>ата-анасымен</w:t>
      </w:r>
      <w:proofErr w:type="spellEnd"/>
      <w:r w:rsidRPr="002C04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041D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2C04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041D">
        <w:rPr>
          <w:rFonts w:ascii="Times New Roman" w:hAnsi="Times New Roman" w:cs="Times New Roman"/>
          <w:sz w:val="28"/>
          <w:szCs w:val="28"/>
        </w:rPr>
        <w:t>әңгіме</w:t>
      </w:r>
      <w:proofErr w:type="spellEnd"/>
      <w:r w:rsidRPr="002C04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041D">
        <w:rPr>
          <w:rFonts w:ascii="Times New Roman" w:hAnsi="Times New Roman" w:cs="Times New Roman"/>
          <w:sz w:val="28"/>
          <w:szCs w:val="28"/>
        </w:rPr>
        <w:t>жүргізілді</w:t>
      </w:r>
      <w:proofErr w:type="spellEnd"/>
      <w:r w:rsidRPr="002C041D">
        <w:rPr>
          <w:rFonts w:ascii="Times New Roman" w:hAnsi="Times New Roman" w:cs="Times New Roman"/>
          <w:sz w:val="28"/>
          <w:szCs w:val="28"/>
        </w:rPr>
        <w:t>.</w:t>
      </w:r>
    </w:p>
    <w:p w:rsidR="00711B52" w:rsidRPr="002C041D" w:rsidRDefault="00B116A9" w:rsidP="000D0B06">
      <w:pPr>
        <w:pStyle w:val="a0"/>
        <w:jc w:val="both"/>
        <w:rPr>
          <w:rFonts w:ascii="Times New Roman" w:hAnsi="Times New Roman" w:cs="Times New Roman"/>
          <w:sz w:val="28"/>
          <w:szCs w:val="28"/>
        </w:rPr>
      </w:pPr>
      <w:r w:rsidRPr="002C041D">
        <w:rPr>
          <w:rFonts w:ascii="Times New Roman" w:hAnsi="Times New Roman" w:cs="Times New Roman"/>
          <w:sz w:val="28"/>
          <w:szCs w:val="28"/>
        </w:rPr>
        <w:lastRenderedPageBreak/>
        <w:t xml:space="preserve">- «Мектебімді </w:t>
      </w:r>
      <w:proofErr w:type="gramStart"/>
      <w:r w:rsidRPr="002C041D">
        <w:rPr>
          <w:rFonts w:ascii="Times New Roman" w:hAnsi="Times New Roman" w:cs="Times New Roman"/>
          <w:sz w:val="28"/>
          <w:szCs w:val="28"/>
        </w:rPr>
        <w:t>сүйемін!»</w:t>
      </w:r>
      <w:proofErr w:type="gramEnd"/>
      <w:r w:rsidRPr="002C041D">
        <w:rPr>
          <w:rFonts w:ascii="Times New Roman" w:hAnsi="Times New Roman" w:cs="Times New Roman"/>
          <w:sz w:val="28"/>
          <w:szCs w:val="28"/>
        </w:rPr>
        <w:t xml:space="preserve"> акциясы бойынша оқушылар мектеп ауласын таз</w:t>
      </w:r>
      <w:r w:rsidRPr="002C041D">
        <w:rPr>
          <w:rFonts w:ascii="Times New Roman" w:hAnsi="Times New Roman" w:cs="Times New Roman"/>
          <w:sz w:val="28"/>
          <w:szCs w:val="28"/>
        </w:rPr>
        <w:t>артуға, гүл егуге атсалысты.</w:t>
      </w:r>
    </w:p>
    <w:p w:rsidR="00711B52" w:rsidRPr="002C041D" w:rsidRDefault="00B116A9" w:rsidP="000D0B06">
      <w:pPr>
        <w:pStyle w:val="a0"/>
        <w:jc w:val="both"/>
        <w:rPr>
          <w:rFonts w:ascii="Times New Roman" w:hAnsi="Times New Roman" w:cs="Times New Roman"/>
          <w:sz w:val="28"/>
          <w:szCs w:val="28"/>
        </w:rPr>
      </w:pPr>
      <w:r w:rsidRPr="002C041D">
        <w:rPr>
          <w:rFonts w:ascii="Times New Roman" w:hAnsi="Times New Roman" w:cs="Times New Roman"/>
          <w:sz w:val="28"/>
          <w:szCs w:val="28"/>
        </w:rPr>
        <w:t>- Қалалық сенбілік шараларына 100% оқушы қатысты.</w:t>
      </w:r>
    </w:p>
    <w:p w:rsidR="00711B52" w:rsidRPr="002C041D" w:rsidRDefault="00B116A9" w:rsidP="000D0B06">
      <w:pPr>
        <w:pStyle w:val="a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C041D">
        <w:rPr>
          <w:rFonts w:ascii="Times New Roman" w:hAnsi="Times New Roman" w:cs="Times New Roman"/>
          <w:sz w:val="28"/>
          <w:szCs w:val="28"/>
          <w:lang w:val="ru-RU"/>
        </w:rPr>
        <w:t xml:space="preserve">- «Таза аула – таза </w:t>
      </w:r>
      <w:proofErr w:type="spellStart"/>
      <w:r w:rsidRPr="002C041D">
        <w:rPr>
          <w:rFonts w:ascii="Times New Roman" w:hAnsi="Times New Roman" w:cs="Times New Roman"/>
          <w:sz w:val="28"/>
          <w:szCs w:val="28"/>
          <w:lang w:val="ru-RU"/>
        </w:rPr>
        <w:t>қала</w:t>
      </w:r>
      <w:proofErr w:type="spellEnd"/>
      <w:r w:rsidRPr="002C041D">
        <w:rPr>
          <w:rFonts w:ascii="Times New Roman" w:hAnsi="Times New Roman" w:cs="Times New Roman"/>
          <w:sz w:val="28"/>
          <w:szCs w:val="28"/>
          <w:lang w:val="ru-RU"/>
        </w:rPr>
        <w:t xml:space="preserve">» </w:t>
      </w:r>
      <w:proofErr w:type="spellStart"/>
      <w:r w:rsidRPr="002C041D">
        <w:rPr>
          <w:rFonts w:ascii="Times New Roman" w:hAnsi="Times New Roman" w:cs="Times New Roman"/>
          <w:sz w:val="28"/>
          <w:szCs w:val="28"/>
          <w:lang w:val="ru-RU"/>
        </w:rPr>
        <w:t>акциясы</w:t>
      </w:r>
      <w:proofErr w:type="spellEnd"/>
      <w:r w:rsidRPr="002C041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C041D">
        <w:rPr>
          <w:rFonts w:ascii="Times New Roman" w:hAnsi="Times New Roman" w:cs="Times New Roman"/>
          <w:sz w:val="28"/>
          <w:szCs w:val="28"/>
          <w:lang w:val="ru-RU"/>
        </w:rPr>
        <w:t>өтті</w:t>
      </w:r>
      <w:proofErr w:type="spellEnd"/>
      <w:r w:rsidRPr="002C041D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711B52" w:rsidRPr="002C041D" w:rsidRDefault="00B116A9" w:rsidP="000D0B06">
      <w:pPr>
        <w:pStyle w:val="a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C041D">
        <w:rPr>
          <w:rFonts w:ascii="Times New Roman" w:hAnsi="Times New Roman" w:cs="Times New Roman"/>
          <w:sz w:val="28"/>
          <w:szCs w:val="28"/>
          <w:lang w:val="ru-RU"/>
        </w:rPr>
        <w:t>- «</w:t>
      </w:r>
      <w:proofErr w:type="spellStart"/>
      <w:r w:rsidRPr="002C041D">
        <w:rPr>
          <w:rFonts w:ascii="Times New Roman" w:hAnsi="Times New Roman" w:cs="Times New Roman"/>
          <w:sz w:val="28"/>
          <w:szCs w:val="28"/>
          <w:lang w:val="ru-RU"/>
        </w:rPr>
        <w:t>Жасыл</w:t>
      </w:r>
      <w:proofErr w:type="spellEnd"/>
      <w:r w:rsidRPr="002C041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C041D">
        <w:rPr>
          <w:rFonts w:ascii="Times New Roman" w:hAnsi="Times New Roman" w:cs="Times New Roman"/>
          <w:sz w:val="28"/>
          <w:szCs w:val="28"/>
          <w:lang w:val="ru-RU"/>
        </w:rPr>
        <w:t>мектеп</w:t>
      </w:r>
      <w:proofErr w:type="spellEnd"/>
      <w:r w:rsidRPr="002C041D">
        <w:rPr>
          <w:rFonts w:ascii="Times New Roman" w:hAnsi="Times New Roman" w:cs="Times New Roman"/>
          <w:sz w:val="28"/>
          <w:szCs w:val="28"/>
          <w:lang w:val="ru-RU"/>
        </w:rPr>
        <w:t xml:space="preserve">» </w:t>
      </w:r>
      <w:proofErr w:type="spellStart"/>
      <w:r w:rsidRPr="002C041D">
        <w:rPr>
          <w:rFonts w:ascii="Times New Roman" w:hAnsi="Times New Roman" w:cs="Times New Roman"/>
          <w:sz w:val="28"/>
          <w:szCs w:val="28"/>
          <w:lang w:val="ru-RU"/>
        </w:rPr>
        <w:t>жобасы</w:t>
      </w:r>
      <w:proofErr w:type="spellEnd"/>
      <w:r w:rsidRPr="002C041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C041D">
        <w:rPr>
          <w:rFonts w:ascii="Times New Roman" w:hAnsi="Times New Roman" w:cs="Times New Roman"/>
          <w:sz w:val="28"/>
          <w:szCs w:val="28"/>
          <w:lang w:val="ru-RU"/>
        </w:rPr>
        <w:t>аясында</w:t>
      </w:r>
      <w:proofErr w:type="spellEnd"/>
      <w:r w:rsidRPr="002C041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C041D">
        <w:rPr>
          <w:rFonts w:ascii="Times New Roman" w:hAnsi="Times New Roman" w:cs="Times New Roman"/>
          <w:sz w:val="28"/>
          <w:szCs w:val="28"/>
          <w:lang w:val="ru-RU"/>
        </w:rPr>
        <w:t>сыныптар</w:t>
      </w:r>
      <w:proofErr w:type="spellEnd"/>
      <w:r w:rsidRPr="002C041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C041D">
        <w:rPr>
          <w:rFonts w:ascii="Times New Roman" w:hAnsi="Times New Roman" w:cs="Times New Roman"/>
          <w:sz w:val="28"/>
          <w:szCs w:val="28"/>
          <w:lang w:val="ru-RU"/>
        </w:rPr>
        <w:t>арасында</w:t>
      </w:r>
      <w:proofErr w:type="spellEnd"/>
      <w:r w:rsidRPr="002C041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C041D">
        <w:rPr>
          <w:rFonts w:ascii="Times New Roman" w:hAnsi="Times New Roman" w:cs="Times New Roman"/>
          <w:sz w:val="28"/>
          <w:szCs w:val="28"/>
          <w:lang w:val="ru-RU"/>
        </w:rPr>
        <w:t>бөлме</w:t>
      </w:r>
      <w:proofErr w:type="spellEnd"/>
      <w:r w:rsidRPr="002C041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C041D">
        <w:rPr>
          <w:rFonts w:ascii="Times New Roman" w:hAnsi="Times New Roman" w:cs="Times New Roman"/>
          <w:sz w:val="28"/>
          <w:szCs w:val="28"/>
          <w:lang w:val="ru-RU"/>
        </w:rPr>
        <w:t>гүлдерін</w:t>
      </w:r>
      <w:proofErr w:type="spellEnd"/>
      <w:r w:rsidRPr="002C041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C041D">
        <w:rPr>
          <w:rFonts w:ascii="Times New Roman" w:hAnsi="Times New Roman" w:cs="Times New Roman"/>
          <w:sz w:val="28"/>
          <w:szCs w:val="28"/>
          <w:lang w:val="ru-RU"/>
        </w:rPr>
        <w:t>күту</w:t>
      </w:r>
      <w:proofErr w:type="spellEnd"/>
      <w:r w:rsidRPr="002C041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C041D">
        <w:rPr>
          <w:rFonts w:ascii="Times New Roman" w:hAnsi="Times New Roman" w:cs="Times New Roman"/>
          <w:sz w:val="28"/>
          <w:szCs w:val="28"/>
          <w:lang w:val="ru-RU"/>
        </w:rPr>
        <w:t>сайысы</w:t>
      </w:r>
      <w:proofErr w:type="spellEnd"/>
      <w:r w:rsidRPr="002C041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C041D">
        <w:rPr>
          <w:rFonts w:ascii="Times New Roman" w:hAnsi="Times New Roman" w:cs="Times New Roman"/>
          <w:sz w:val="28"/>
          <w:szCs w:val="28"/>
          <w:lang w:val="ru-RU"/>
        </w:rPr>
        <w:t>өткізілді</w:t>
      </w:r>
      <w:proofErr w:type="spellEnd"/>
      <w:r w:rsidRPr="002C041D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711B52" w:rsidRPr="002C041D" w:rsidRDefault="00B116A9" w:rsidP="000D0B06">
      <w:pPr>
        <w:pStyle w:val="a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C041D">
        <w:rPr>
          <w:rFonts w:ascii="Times New Roman" w:hAnsi="Times New Roman" w:cs="Times New Roman"/>
          <w:sz w:val="28"/>
          <w:szCs w:val="28"/>
          <w:lang w:val="ru-RU"/>
        </w:rPr>
        <w:t>- «</w:t>
      </w:r>
      <w:proofErr w:type="spellStart"/>
      <w:r w:rsidRPr="002C041D">
        <w:rPr>
          <w:rFonts w:ascii="Times New Roman" w:hAnsi="Times New Roman" w:cs="Times New Roman"/>
          <w:sz w:val="28"/>
          <w:szCs w:val="28"/>
          <w:lang w:val="ru-RU"/>
        </w:rPr>
        <w:t>Өнерлі</w:t>
      </w:r>
      <w:proofErr w:type="spellEnd"/>
      <w:r w:rsidRPr="002C041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C041D">
        <w:rPr>
          <w:rFonts w:ascii="Times New Roman" w:hAnsi="Times New Roman" w:cs="Times New Roman"/>
          <w:sz w:val="28"/>
          <w:szCs w:val="28"/>
          <w:lang w:val="ru-RU"/>
        </w:rPr>
        <w:t>ұрпақ</w:t>
      </w:r>
      <w:proofErr w:type="spellEnd"/>
      <w:r w:rsidRPr="002C041D">
        <w:rPr>
          <w:rFonts w:ascii="Times New Roman" w:hAnsi="Times New Roman" w:cs="Times New Roman"/>
          <w:sz w:val="28"/>
          <w:szCs w:val="28"/>
          <w:lang w:val="ru-RU"/>
        </w:rPr>
        <w:t xml:space="preserve">» </w:t>
      </w:r>
      <w:proofErr w:type="spellStart"/>
      <w:r w:rsidRPr="002C041D">
        <w:rPr>
          <w:rFonts w:ascii="Times New Roman" w:hAnsi="Times New Roman" w:cs="Times New Roman"/>
          <w:sz w:val="28"/>
          <w:szCs w:val="28"/>
          <w:lang w:val="ru-RU"/>
        </w:rPr>
        <w:t>көркемөнер</w:t>
      </w:r>
      <w:proofErr w:type="spellEnd"/>
      <w:r w:rsidRPr="002C041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C041D">
        <w:rPr>
          <w:rFonts w:ascii="Times New Roman" w:hAnsi="Times New Roman" w:cs="Times New Roman"/>
          <w:sz w:val="28"/>
          <w:szCs w:val="28"/>
          <w:lang w:val="ru-RU"/>
        </w:rPr>
        <w:t>байқауы</w:t>
      </w:r>
      <w:proofErr w:type="spellEnd"/>
      <w:r w:rsidRPr="002C041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C041D">
        <w:rPr>
          <w:rFonts w:ascii="Times New Roman" w:hAnsi="Times New Roman" w:cs="Times New Roman"/>
          <w:sz w:val="28"/>
          <w:szCs w:val="28"/>
          <w:lang w:val="ru-RU"/>
        </w:rPr>
        <w:t>ұйымдастырылды</w:t>
      </w:r>
      <w:proofErr w:type="spellEnd"/>
      <w:r w:rsidRPr="002C041D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711B52" w:rsidRPr="002C041D" w:rsidRDefault="00B116A9" w:rsidP="000D0B06">
      <w:pPr>
        <w:pStyle w:val="a0"/>
        <w:jc w:val="both"/>
        <w:rPr>
          <w:rFonts w:ascii="Times New Roman" w:hAnsi="Times New Roman" w:cs="Times New Roman"/>
          <w:sz w:val="28"/>
          <w:szCs w:val="28"/>
        </w:rPr>
      </w:pPr>
      <w:r w:rsidRPr="002C041D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2C041D">
        <w:rPr>
          <w:rFonts w:ascii="Times New Roman" w:hAnsi="Times New Roman" w:cs="Times New Roman"/>
          <w:sz w:val="28"/>
          <w:szCs w:val="28"/>
        </w:rPr>
        <w:t>Оқушылар</w:t>
      </w:r>
      <w:proofErr w:type="spellEnd"/>
      <w:r w:rsidRPr="002C04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041D">
        <w:rPr>
          <w:rFonts w:ascii="Times New Roman" w:hAnsi="Times New Roman" w:cs="Times New Roman"/>
          <w:sz w:val="28"/>
          <w:szCs w:val="28"/>
        </w:rPr>
        <w:t>мектепішілік</w:t>
      </w:r>
      <w:proofErr w:type="spellEnd"/>
      <w:r w:rsidRPr="002C04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041D">
        <w:rPr>
          <w:rFonts w:ascii="Times New Roman" w:hAnsi="Times New Roman" w:cs="Times New Roman"/>
          <w:sz w:val="28"/>
          <w:szCs w:val="28"/>
        </w:rPr>
        <w:t>концерттерге</w:t>
      </w:r>
      <w:proofErr w:type="spellEnd"/>
      <w:r w:rsidRPr="002C041D">
        <w:rPr>
          <w:rFonts w:ascii="Times New Roman" w:hAnsi="Times New Roman" w:cs="Times New Roman"/>
          <w:sz w:val="28"/>
          <w:szCs w:val="28"/>
        </w:rPr>
        <w:t>, көркемөнер сайыстарына белсене қатысты.</w:t>
      </w:r>
    </w:p>
    <w:p w:rsidR="00711B52" w:rsidRPr="002C041D" w:rsidRDefault="00B116A9" w:rsidP="000D0B06">
      <w:pPr>
        <w:pStyle w:val="a0"/>
        <w:jc w:val="both"/>
        <w:rPr>
          <w:rFonts w:ascii="Times New Roman" w:hAnsi="Times New Roman" w:cs="Times New Roman"/>
          <w:sz w:val="28"/>
          <w:szCs w:val="28"/>
        </w:rPr>
      </w:pPr>
      <w:r w:rsidRPr="002C041D">
        <w:rPr>
          <w:rFonts w:ascii="Times New Roman" w:hAnsi="Times New Roman" w:cs="Times New Roman"/>
          <w:sz w:val="28"/>
          <w:szCs w:val="28"/>
        </w:rPr>
        <w:t xml:space="preserve">- 1 </w:t>
      </w:r>
      <w:proofErr w:type="spellStart"/>
      <w:r w:rsidRPr="002C041D">
        <w:rPr>
          <w:rFonts w:ascii="Times New Roman" w:hAnsi="Times New Roman" w:cs="Times New Roman"/>
          <w:sz w:val="28"/>
          <w:szCs w:val="28"/>
        </w:rPr>
        <w:t>қыркүйек</w:t>
      </w:r>
      <w:proofErr w:type="spellEnd"/>
      <w:r w:rsidRPr="002C041D">
        <w:rPr>
          <w:rFonts w:ascii="Times New Roman" w:hAnsi="Times New Roman" w:cs="Times New Roman"/>
          <w:sz w:val="28"/>
          <w:szCs w:val="28"/>
        </w:rPr>
        <w:t xml:space="preserve"> – Білім күніне арналған «Әділетті Қазақст</w:t>
      </w:r>
      <w:r w:rsidRPr="002C041D">
        <w:rPr>
          <w:rFonts w:ascii="Times New Roman" w:hAnsi="Times New Roman" w:cs="Times New Roman"/>
          <w:sz w:val="28"/>
          <w:szCs w:val="28"/>
        </w:rPr>
        <w:t>ан – адал ұрпақтың таңдауы» салтанатты жиыны</w:t>
      </w:r>
    </w:p>
    <w:p w:rsidR="00711B52" w:rsidRPr="002C041D" w:rsidRDefault="00B116A9" w:rsidP="000D0B06">
      <w:pPr>
        <w:pStyle w:val="a0"/>
        <w:jc w:val="both"/>
        <w:rPr>
          <w:rFonts w:ascii="Times New Roman" w:hAnsi="Times New Roman" w:cs="Times New Roman"/>
          <w:sz w:val="28"/>
          <w:szCs w:val="28"/>
        </w:rPr>
      </w:pPr>
      <w:r w:rsidRPr="002C041D">
        <w:rPr>
          <w:rFonts w:ascii="Times New Roman" w:hAnsi="Times New Roman" w:cs="Times New Roman"/>
          <w:sz w:val="28"/>
          <w:szCs w:val="28"/>
        </w:rPr>
        <w:t>- «Жаңа жыл – жаңа қадам» атты мерекелік кеш</w:t>
      </w:r>
    </w:p>
    <w:p w:rsidR="00711B52" w:rsidRPr="002C041D" w:rsidRDefault="00B116A9" w:rsidP="000D0B06">
      <w:pPr>
        <w:pStyle w:val="a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C041D">
        <w:rPr>
          <w:rFonts w:ascii="Times New Roman" w:hAnsi="Times New Roman" w:cs="Times New Roman"/>
          <w:sz w:val="28"/>
          <w:szCs w:val="28"/>
          <w:lang w:val="ru-RU"/>
        </w:rPr>
        <w:t xml:space="preserve">- 8 </w:t>
      </w:r>
      <w:proofErr w:type="spellStart"/>
      <w:r w:rsidRPr="002C041D">
        <w:rPr>
          <w:rFonts w:ascii="Times New Roman" w:hAnsi="Times New Roman" w:cs="Times New Roman"/>
          <w:sz w:val="28"/>
          <w:szCs w:val="28"/>
          <w:lang w:val="ru-RU"/>
        </w:rPr>
        <w:t>наурыз</w:t>
      </w:r>
      <w:proofErr w:type="spellEnd"/>
      <w:r w:rsidRPr="002C041D">
        <w:rPr>
          <w:rFonts w:ascii="Times New Roman" w:hAnsi="Times New Roman" w:cs="Times New Roman"/>
          <w:sz w:val="28"/>
          <w:szCs w:val="28"/>
          <w:lang w:val="ru-RU"/>
        </w:rPr>
        <w:t xml:space="preserve">, Наурыз, </w:t>
      </w:r>
      <w:proofErr w:type="spellStart"/>
      <w:r w:rsidRPr="002C041D">
        <w:rPr>
          <w:rFonts w:ascii="Times New Roman" w:hAnsi="Times New Roman" w:cs="Times New Roman"/>
          <w:sz w:val="28"/>
          <w:szCs w:val="28"/>
          <w:lang w:val="ru-RU"/>
        </w:rPr>
        <w:t>Жеңіс</w:t>
      </w:r>
      <w:proofErr w:type="spellEnd"/>
      <w:r w:rsidRPr="002C041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C041D">
        <w:rPr>
          <w:rFonts w:ascii="Times New Roman" w:hAnsi="Times New Roman" w:cs="Times New Roman"/>
          <w:sz w:val="28"/>
          <w:szCs w:val="28"/>
          <w:lang w:val="ru-RU"/>
        </w:rPr>
        <w:t>күніне</w:t>
      </w:r>
      <w:proofErr w:type="spellEnd"/>
      <w:r w:rsidRPr="002C041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C041D">
        <w:rPr>
          <w:rFonts w:ascii="Times New Roman" w:hAnsi="Times New Roman" w:cs="Times New Roman"/>
          <w:sz w:val="28"/>
          <w:szCs w:val="28"/>
          <w:lang w:val="ru-RU"/>
        </w:rPr>
        <w:t>арналған</w:t>
      </w:r>
      <w:proofErr w:type="spellEnd"/>
      <w:r w:rsidRPr="002C041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C041D">
        <w:rPr>
          <w:rFonts w:ascii="Times New Roman" w:hAnsi="Times New Roman" w:cs="Times New Roman"/>
          <w:sz w:val="28"/>
          <w:szCs w:val="28"/>
          <w:lang w:val="ru-RU"/>
        </w:rPr>
        <w:t>концерттер</w:t>
      </w:r>
      <w:proofErr w:type="spellEnd"/>
    </w:p>
    <w:p w:rsidR="00711B52" w:rsidRPr="002C041D" w:rsidRDefault="00B116A9" w:rsidP="000D0B06">
      <w:pPr>
        <w:pStyle w:val="a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C041D"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proofErr w:type="spellStart"/>
      <w:r w:rsidRPr="002C041D">
        <w:rPr>
          <w:rFonts w:ascii="Times New Roman" w:hAnsi="Times New Roman" w:cs="Times New Roman"/>
          <w:sz w:val="28"/>
          <w:szCs w:val="28"/>
          <w:lang w:val="ru-RU"/>
        </w:rPr>
        <w:t>Денсаулық</w:t>
      </w:r>
      <w:proofErr w:type="spellEnd"/>
      <w:r w:rsidRPr="002C041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C041D">
        <w:rPr>
          <w:rFonts w:ascii="Times New Roman" w:hAnsi="Times New Roman" w:cs="Times New Roman"/>
          <w:sz w:val="28"/>
          <w:szCs w:val="28"/>
          <w:lang w:val="ru-RU"/>
        </w:rPr>
        <w:t>апталығы</w:t>
      </w:r>
      <w:proofErr w:type="spellEnd"/>
      <w:r w:rsidRPr="002C041D">
        <w:rPr>
          <w:rFonts w:ascii="Times New Roman" w:hAnsi="Times New Roman" w:cs="Times New Roman"/>
          <w:sz w:val="28"/>
          <w:szCs w:val="28"/>
          <w:lang w:val="ru-RU"/>
        </w:rPr>
        <w:t>, «</w:t>
      </w:r>
      <w:proofErr w:type="spellStart"/>
      <w:r w:rsidRPr="002C041D">
        <w:rPr>
          <w:rFonts w:ascii="Times New Roman" w:hAnsi="Times New Roman" w:cs="Times New Roman"/>
          <w:sz w:val="28"/>
          <w:szCs w:val="28"/>
          <w:lang w:val="ru-RU"/>
        </w:rPr>
        <w:t>Салауатты</w:t>
      </w:r>
      <w:proofErr w:type="spellEnd"/>
      <w:r w:rsidRPr="002C041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C041D">
        <w:rPr>
          <w:rFonts w:ascii="Times New Roman" w:hAnsi="Times New Roman" w:cs="Times New Roman"/>
          <w:sz w:val="28"/>
          <w:szCs w:val="28"/>
          <w:lang w:val="ru-RU"/>
        </w:rPr>
        <w:t>өмір</w:t>
      </w:r>
      <w:proofErr w:type="spellEnd"/>
      <w:r w:rsidRPr="002C041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C041D">
        <w:rPr>
          <w:rFonts w:ascii="Times New Roman" w:hAnsi="Times New Roman" w:cs="Times New Roman"/>
          <w:sz w:val="28"/>
          <w:szCs w:val="28"/>
          <w:lang w:val="ru-RU"/>
        </w:rPr>
        <w:t>салты</w:t>
      </w:r>
      <w:proofErr w:type="spellEnd"/>
      <w:r w:rsidRPr="002C041D">
        <w:rPr>
          <w:rFonts w:ascii="Times New Roman" w:hAnsi="Times New Roman" w:cs="Times New Roman"/>
          <w:sz w:val="28"/>
          <w:szCs w:val="28"/>
          <w:lang w:val="ru-RU"/>
        </w:rPr>
        <w:t xml:space="preserve">» </w:t>
      </w:r>
      <w:proofErr w:type="spellStart"/>
      <w:r w:rsidRPr="002C041D">
        <w:rPr>
          <w:rFonts w:ascii="Times New Roman" w:hAnsi="Times New Roman" w:cs="Times New Roman"/>
          <w:sz w:val="28"/>
          <w:szCs w:val="28"/>
          <w:lang w:val="ru-RU"/>
        </w:rPr>
        <w:t>айлығы</w:t>
      </w:r>
      <w:proofErr w:type="spellEnd"/>
    </w:p>
    <w:p w:rsidR="00711B52" w:rsidRPr="002C041D" w:rsidRDefault="00B116A9" w:rsidP="000D0B06">
      <w:pPr>
        <w:pStyle w:val="a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C041D">
        <w:rPr>
          <w:rFonts w:ascii="Times New Roman" w:hAnsi="Times New Roman" w:cs="Times New Roman"/>
          <w:sz w:val="28"/>
          <w:szCs w:val="28"/>
          <w:lang w:val="ru-RU"/>
        </w:rPr>
        <w:t>- «</w:t>
      </w:r>
      <w:proofErr w:type="spellStart"/>
      <w:r w:rsidRPr="002C041D">
        <w:rPr>
          <w:rFonts w:ascii="Times New Roman" w:hAnsi="Times New Roman" w:cs="Times New Roman"/>
          <w:sz w:val="28"/>
          <w:szCs w:val="28"/>
          <w:lang w:val="ru-RU"/>
        </w:rPr>
        <w:t>Жас</w:t>
      </w:r>
      <w:proofErr w:type="spellEnd"/>
      <w:r w:rsidRPr="002C041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C041D">
        <w:rPr>
          <w:rFonts w:ascii="Times New Roman" w:hAnsi="Times New Roman" w:cs="Times New Roman"/>
          <w:sz w:val="28"/>
          <w:szCs w:val="28"/>
          <w:lang w:val="ru-RU"/>
        </w:rPr>
        <w:t>Ұлан</w:t>
      </w:r>
      <w:proofErr w:type="spellEnd"/>
      <w:r w:rsidRPr="002C041D">
        <w:rPr>
          <w:rFonts w:ascii="Times New Roman" w:hAnsi="Times New Roman" w:cs="Times New Roman"/>
          <w:sz w:val="28"/>
          <w:szCs w:val="28"/>
          <w:lang w:val="ru-RU"/>
        </w:rPr>
        <w:t>» мен «</w:t>
      </w:r>
      <w:proofErr w:type="spellStart"/>
      <w:r w:rsidRPr="002C041D">
        <w:rPr>
          <w:rFonts w:ascii="Times New Roman" w:hAnsi="Times New Roman" w:cs="Times New Roman"/>
          <w:sz w:val="28"/>
          <w:szCs w:val="28"/>
          <w:lang w:val="ru-RU"/>
        </w:rPr>
        <w:t>Жас</w:t>
      </w:r>
      <w:proofErr w:type="spellEnd"/>
      <w:r w:rsidRPr="002C041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C041D">
        <w:rPr>
          <w:rFonts w:ascii="Times New Roman" w:hAnsi="Times New Roman" w:cs="Times New Roman"/>
          <w:sz w:val="28"/>
          <w:szCs w:val="28"/>
          <w:lang w:val="ru-RU"/>
        </w:rPr>
        <w:t>Қыр</w:t>
      </w:r>
      <w:r w:rsidRPr="002C041D">
        <w:rPr>
          <w:rFonts w:ascii="Times New Roman" w:hAnsi="Times New Roman" w:cs="Times New Roman"/>
          <w:sz w:val="28"/>
          <w:szCs w:val="28"/>
          <w:lang w:val="ru-RU"/>
        </w:rPr>
        <w:t>ан</w:t>
      </w:r>
      <w:proofErr w:type="spellEnd"/>
      <w:r w:rsidRPr="002C041D">
        <w:rPr>
          <w:rFonts w:ascii="Times New Roman" w:hAnsi="Times New Roman" w:cs="Times New Roman"/>
          <w:sz w:val="28"/>
          <w:szCs w:val="28"/>
          <w:lang w:val="ru-RU"/>
        </w:rPr>
        <w:t xml:space="preserve">» </w:t>
      </w:r>
      <w:proofErr w:type="spellStart"/>
      <w:r w:rsidRPr="002C041D">
        <w:rPr>
          <w:rFonts w:ascii="Times New Roman" w:hAnsi="Times New Roman" w:cs="Times New Roman"/>
          <w:sz w:val="28"/>
          <w:szCs w:val="28"/>
          <w:lang w:val="ru-RU"/>
        </w:rPr>
        <w:t>ұйымдары</w:t>
      </w:r>
      <w:proofErr w:type="spellEnd"/>
      <w:r w:rsidRPr="002C041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C041D">
        <w:rPr>
          <w:rFonts w:ascii="Times New Roman" w:hAnsi="Times New Roman" w:cs="Times New Roman"/>
          <w:sz w:val="28"/>
          <w:szCs w:val="28"/>
          <w:lang w:val="ru-RU"/>
        </w:rPr>
        <w:t>жыл</w:t>
      </w:r>
      <w:proofErr w:type="spellEnd"/>
      <w:r w:rsidRPr="002C041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C041D">
        <w:rPr>
          <w:rFonts w:ascii="Times New Roman" w:hAnsi="Times New Roman" w:cs="Times New Roman"/>
          <w:sz w:val="28"/>
          <w:szCs w:val="28"/>
          <w:lang w:val="ru-RU"/>
        </w:rPr>
        <w:t>бойы</w:t>
      </w:r>
      <w:proofErr w:type="spellEnd"/>
      <w:r w:rsidRPr="002C041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C041D">
        <w:rPr>
          <w:rFonts w:ascii="Times New Roman" w:hAnsi="Times New Roman" w:cs="Times New Roman"/>
          <w:sz w:val="28"/>
          <w:szCs w:val="28"/>
          <w:lang w:val="ru-RU"/>
        </w:rPr>
        <w:t>белсенді</w:t>
      </w:r>
      <w:proofErr w:type="spellEnd"/>
      <w:r w:rsidRPr="002C041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C041D">
        <w:rPr>
          <w:rFonts w:ascii="Times New Roman" w:hAnsi="Times New Roman" w:cs="Times New Roman"/>
          <w:sz w:val="28"/>
          <w:szCs w:val="28"/>
          <w:lang w:val="ru-RU"/>
        </w:rPr>
        <w:t>жұмыс</w:t>
      </w:r>
      <w:proofErr w:type="spellEnd"/>
      <w:r w:rsidRPr="002C041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C041D">
        <w:rPr>
          <w:rFonts w:ascii="Times New Roman" w:hAnsi="Times New Roman" w:cs="Times New Roman"/>
          <w:sz w:val="28"/>
          <w:szCs w:val="28"/>
          <w:lang w:val="ru-RU"/>
        </w:rPr>
        <w:t>істеді</w:t>
      </w:r>
      <w:proofErr w:type="spellEnd"/>
      <w:r w:rsidRPr="002C041D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711B52" w:rsidRPr="002C041D" w:rsidRDefault="00B116A9" w:rsidP="000D0B06">
      <w:pPr>
        <w:pStyle w:val="a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C041D"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proofErr w:type="spellStart"/>
      <w:r w:rsidRPr="002C041D">
        <w:rPr>
          <w:rFonts w:ascii="Times New Roman" w:hAnsi="Times New Roman" w:cs="Times New Roman"/>
          <w:sz w:val="28"/>
          <w:szCs w:val="28"/>
          <w:lang w:val="ru-RU"/>
        </w:rPr>
        <w:t>Мектеп</w:t>
      </w:r>
      <w:proofErr w:type="spellEnd"/>
      <w:r w:rsidRPr="002C041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C041D">
        <w:rPr>
          <w:rFonts w:ascii="Times New Roman" w:hAnsi="Times New Roman" w:cs="Times New Roman"/>
          <w:sz w:val="28"/>
          <w:szCs w:val="28"/>
          <w:lang w:val="ru-RU"/>
        </w:rPr>
        <w:t>президенті</w:t>
      </w:r>
      <w:proofErr w:type="spellEnd"/>
      <w:r w:rsidRPr="002C041D">
        <w:rPr>
          <w:rFonts w:ascii="Times New Roman" w:hAnsi="Times New Roman" w:cs="Times New Roman"/>
          <w:sz w:val="28"/>
          <w:szCs w:val="28"/>
          <w:lang w:val="ru-RU"/>
        </w:rPr>
        <w:t xml:space="preserve"> мен вице-</w:t>
      </w:r>
      <w:proofErr w:type="spellStart"/>
      <w:r w:rsidRPr="002C041D">
        <w:rPr>
          <w:rFonts w:ascii="Times New Roman" w:hAnsi="Times New Roman" w:cs="Times New Roman"/>
          <w:sz w:val="28"/>
          <w:szCs w:val="28"/>
          <w:lang w:val="ru-RU"/>
        </w:rPr>
        <w:t>президенті</w:t>
      </w:r>
      <w:proofErr w:type="spellEnd"/>
      <w:r w:rsidRPr="002C041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C041D">
        <w:rPr>
          <w:rFonts w:ascii="Times New Roman" w:hAnsi="Times New Roman" w:cs="Times New Roman"/>
          <w:sz w:val="28"/>
          <w:szCs w:val="28"/>
          <w:lang w:val="ru-RU"/>
        </w:rPr>
        <w:t>сайланды</w:t>
      </w:r>
      <w:proofErr w:type="spellEnd"/>
      <w:r w:rsidRPr="002C041D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711B52" w:rsidRPr="002C041D" w:rsidRDefault="00B116A9" w:rsidP="000D0B06">
      <w:pPr>
        <w:pStyle w:val="a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C041D"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proofErr w:type="spellStart"/>
      <w:r w:rsidRPr="002C041D">
        <w:rPr>
          <w:rFonts w:ascii="Times New Roman" w:hAnsi="Times New Roman" w:cs="Times New Roman"/>
          <w:sz w:val="28"/>
          <w:szCs w:val="28"/>
          <w:lang w:val="ru-RU"/>
        </w:rPr>
        <w:t>Қайырымдылық</w:t>
      </w:r>
      <w:proofErr w:type="spellEnd"/>
      <w:r w:rsidRPr="002C041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C041D">
        <w:rPr>
          <w:rFonts w:ascii="Times New Roman" w:hAnsi="Times New Roman" w:cs="Times New Roman"/>
          <w:sz w:val="28"/>
          <w:szCs w:val="28"/>
          <w:lang w:val="ru-RU"/>
        </w:rPr>
        <w:t>жәрмеңкесі</w:t>
      </w:r>
      <w:proofErr w:type="spellEnd"/>
      <w:r w:rsidRPr="002C041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0D0B06" w:rsidRPr="002C041D">
        <w:rPr>
          <w:rFonts w:ascii="Times New Roman" w:hAnsi="Times New Roman" w:cs="Times New Roman"/>
          <w:sz w:val="28"/>
          <w:szCs w:val="28"/>
          <w:lang w:val="ru-RU"/>
        </w:rPr>
        <w:t>ұйымдастырылды</w:t>
      </w:r>
      <w:proofErr w:type="spellEnd"/>
      <w:r w:rsidR="000D0B06" w:rsidRPr="002C041D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711B52" w:rsidRPr="002C041D" w:rsidRDefault="00B116A9" w:rsidP="000D0B06">
      <w:pPr>
        <w:pStyle w:val="a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C041D"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proofErr w:type="spellStart"/>
      <w:r w:rsidRPr="002C041D">
        <w:rPr>
          <w:rFonts w:ascii="Times New Roman" w:hAnsi="Times New Roman" w:cs="Times New Roman"/>
          <w:sz w:val="28"/>
          <w:szCs w:val="28"/>
          <w:lang w:val="ru-RU"/>
        </w:rPr>
        <w:t>Учаскелік</w:t>
      </w:r>
      <w:proofErr w:type="spellEnd"/>
      <w:r w:rsidRPr="002C041D">
        <w:rPr>
          <w:rFonts w:ascii="Times New Roman" w:hAnsi="Times New Roman" w:cs="Times New Roman"/>
          <w:sz w:val="28"/>
          <w:szCs w:val="28"/>
          <w:lang w:val="ru-RU"/>
        </w:rPr>
        <w:t xml:space="preserve"> инспектор мен </w:t>
      </w:r>
      <w:proofErr w:type="spellStart"/>
      <w:r w:rsidRPr="002C041D">
        <w:rPr>
          <w:rFonts w:ascii="Times New Roman" w:hAnsi="Times New Roman" w:cs="Times New Roman"/>
          <w:sz w:val="28"/>
          <w:szCs w:val="28"/>
          <w:lang w:val="ru-RU"/>
        </w:rPr>
        <w:t>мектеп</w:t>
      </w:r>
      <w:proofErr w:type="spellEnd"/>
      <w:r w:rsidRPr="002C041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C041D">
        <w:rPr>
          <w:rFonts w:ascii="Times New Roman" w:hAnsi="Times New Roman" w:cs="Times New Roman"/>
          <w:sz w:val="28"/>
          <w:szCs w:val="28"/>
          <w:lang w:val="ru-RU"/>
        </w:rPr>
        <w:t>психологының</w:t>
      </w:r>
      <w:proofErr w:type="spellEnd"/>
      <w:r w:rsidRPr="002C041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2C041D">
        <w:rPr>
          <w:rFonts w:ascii="Times New Roman" w:hAnsi="Times New Roman" w:cs="Times New Roman"/>
          <w:sz w:val="28"/>
          <w:szCs w:val="28"/>
          <w:lang w:val="ru-RU"/>
        </w:rPr>
        <w:t>қатысуымен</w:t>
      </w:r>
      <w:proofErr w:type="spellEnd"/>
      <w:r w:rsidRPr="002C041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C041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C041D">
        <w:rPr>
          <w:rFonts w:ascii="Times New Roman" w:hAnsi="Times New Roman" w:cs="Times New Roman"/>
          <w:sz w:val="28"/>
          <w:szCs w:val="28"/>
          <w:lang w:val="ru-RU"/>
        </w:rPr>
        <w:t>к</w:t>
      </w:r>
      <w:r w:rsidRPr="002C041D">
        <w:rPr>
          <w:rFonts w:ascii="Times New Roman" w:hAnsi="Times New Roman" w:cs="Times New Roman"/>
          <w:sz w:val="28"/>
          <w:szCs w:val="28"/>
          <w:lang w:val="ru-RU"/>
        </w:rPr>
        <w:t>ездесу</w:t>
      </w:r>
      <w:r w:rsidR="000D0B06" w:rsidRPr="002C041D">
        <w:rPr>
          <w:rFonts w:ascii="Times New Roman" w:hAnsi="Times New Roman" w:cs="Times New Roman"/>
          <w:sz w:val="28"/>
          <w:szCs w:val="28"/>
          <w:lang w:val="ru-RU"/>
        </w:rPr>
        <w:t>лер</w:t>
      </w:r>
      <w:proofErr w:type="spellEnd"/>
      <w:proofErr w:type="gramEnd"/>
      <w:r w:rsidRPr="002C041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C041D">
        <w:rPr>
          <w:rFonts w:ascii="Times New Roman" w:hAnsi="Times New Roman" w:cs="Times New Roman"/>
          <w:sz w:val="28"/>
          <w:szCs w:val="28"/>
          <w:lang w:val="ru-RU"/>
        </w:rPr>
        <w:t>өткізілді</w:t>
      </w:r>
      <w:proofErr w:type="spellEnd"/>
      <w:r w:rsidRPr="002C041D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711B52" w:rsidRPr="002C041D" w:rsidRDefault="00B116A9" w:rsidP="000D0B06">
      <w:pPr>
        <w:pStyle w:val="a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C041D"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proofErr w:type="spellStart"/>
      <w:r w:rsidRPr="002C041D">
        <w:rPr>
          <w:rFonts w:ascii="Times New Roman" w:hAnsi="Times New Roman" w:cs="Times New Roman"/>
          <w:sz w:val="28"/>
          <w:szCs w:val="28"/>
          <w:lang w:val="ru-RU"/>
        </w:rPr>
        <w:t>Тәуекел</w:t>
      </w:r>
      <w:proofErr w:type="spellEnd"/>
      <w:r w:rsidRPr="002C041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C041D">
        <w:rPr>
          <w:rFonts w:ascii="Times New Roman" w:hAnsi="Times New Roman" w:cs="Times New Roman"/>
          <w:sz w:val="28"/>
          <w:szCs w:val="28"/>
          <w:lang w:val="ru-RU"/>
        </w:rPr>
        <w:t>тобына</w:t>
      </w:r>
      <w:proofErr w:type="spellEnd"/>
      <w:r w:rsidRPr="002C041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C041D">
        <w:rPr>
          <w:rFonts w:ascii="Times New Roman" w:hAnsi="Times New Roman" w:cs="Times New Roman"/>
          <w:sz w:val="28"/>
          <w:szCs w:val="28"/>
          <w:lang w:val="ru-RU"/>
        </w:rPr>
        <w:t>енген</w:t>
      </w:r>
      <w:proofErr w:type="spellEnd"/>
      <w:r w:rsidRPr="002C041D">
        <w:rPr>
          <w:rFonts w:ascii="Times New Roman" w:hAnsi="Times New Roman" w:cs="Times New Roman"/>
          <w:sz w:val="28"/>
          <w:szCs w:val="28"/>
          <w:lang w:val="ru-RU"/>
        </w:rPr>
        <w:t xml:space="preserve"> 1</w:t>
      </w:r>
      <w:r w:rsidR="000D0B06" w:rsidRPr="002C041D">
        <w:rPr>
          <w:rFonts w:ascii="Times New Roman" w:hAnsi="Times New Roman" w:cs="Times New Roman"/>
          <w:sz w:val="28"/>
          <w:szCs w:val="28"/>
          <w:lang w:val="ru-RU"/>
        </w:rPr>
        <w:t>3</w:t>
      </w:r>
      <w:r w:rsidRPr="002C041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C041D">
        <w:rPr>
          <w:rFonts w:ascii="Times New Roman" w:hAnsi="Times New Roman" w:cs="Times New Roman"/>
          <w:sz w:val="28"/>
          <w:szCs w:val="28"/>
          <w:lang w:val="ru-RU"/>
        </w:rPr>
        <w:t>оқушымен</w:t>
      </w:r>
      <w:proofErr w:type="spellEnd"/>
      <w:r w:rsidRPr="002C041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C041D">
        <w:rPr>
          <w:rFonts w:ascii="Times New Roman" w:hAnsi="Times New Roman" w:cs="Times New Roman"/>
          <w:sz w:val="28"/>
          <w:szCs w:val="28"/>
          <w:lang w:val="ru-RU"/>
        </w:rPr>
        <w:t>жеке</w:t>
      </w:r>
      <w:proofErr w:type="spellEnd"/>
      <w:r w:rsidRPr="002C041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C041D">
        <w:rPr>
          <w:rFonts w:ascii="Times New Roman" w:hAnsi="Times New Roman" w:cs="Times New Roman"/>
          <w:sz w:val="28"/>
          <w:szCs w:val="28"/>
          <w:lang w:val="ru-RU"/>
        </w:rPr>
        <w:t>жұмыс</w:t>
      </w:r>
      <w:proofErr w:type="spellEnd"/>
      <w:r w:rsidRPr="002C041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C041D">
        <w:rPr>
          <w:rFonts w:ascii="Times New Roman" w:hAnsi="Times New Roman" w:cs="Times New Roman"/>
          <w:sz w:val="28"/>
          <w:szCs w:val="28"/>
          <w:lang w:val="ru-RU"/>
        </w:rPr>
        <w:t>жүргізілді</w:t>
      </w:r>
      <w:proofErr w:type="spellEnd"/>
      <w:r w:rsidRPr="002C041D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711B52" w:rsidRPr="002C041D" w:rsidRDefault="00711B52" w:rsidP="000D0B06">
      <w:pPr>
        <w:pStyle w:val="a0"/>
        <w:numPr>
          <w:ilvl w:val="0"/>
          <w:numId w:val="0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711B52" w:rsidRPr="002C041D" w:rsidRDefault="00B116A9" w:rsidP="000D0B06">
      <w:pPr>
        <w:pStyle w:val="a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C041D"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proofErr w:type="spellStart"/>
      <w:r w:rsidRPr="002C041D">
        <w:rPr>
          <w:rFonts w:ascii="Times New Roman" w:hAnsi="Times New Roman" w:cs="Times New Roman"/>
          <w:sz w:val="28"/>
          <w:szCs w:val="28"/>
          <w:lang w:val="ru-RU"/>
        </w:rPr>
        <w:t>Оқушылар</w:t>
      </w:r>
      <w:proofErr w:type="spellEnd"/>
      <w:r w:rsidRPr="002C041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C041D">
        <w:rPr>
          <w:rFonts w:ascii="Times New Roman" w:hAnsi="Times New Roman" w:cs="Times New Roman"/>
          <w:sz w:val="28"/>
          <w:szCs w:val="28"/>
          <w:lang w:val="ru-RU"/>
        </w:rPr>
        <w:t>қалалық</w:t>
      </w:r>
      <w:proofErr w:type="spellEnd"/>
      <w:r w:rsidRPr="002C041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C041D">
        <w:rPr>
          <w:rFonts w:ascii="Times New Roman" w:hAnsi="Times New Roman" w:cs="Times New Roman"/>
          <w:sz w:val="28"/>
          <w:szCs w:val="28"/>
          <w:lang w:val="ru-RU"/>
        </w:rPr>
        <w:t>дебат</w:t>
      </w:r>
      <w:proofErr w:type="spellEnd"/>
      <w:r w:rsidRPr="002C041D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2C041D">
        <w:rPr>
          <w:rFonts w:ascii="Times New Roman" w:hAnsi="Times New Roman" w:cs="Times New Roman"/>
          <w:sz w:val="28"/>
          <w:szCs w:val="28"/>
          <w:lang w:val="ru-RU"/>
        </w:rPr>
        <w:t>өнер</w:t>
      </w:r>
      <w:proofErr w:type="spellEnd"/>
      <w:r w:rsidRPr="002C041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C041D">
        <w:rPr>
          <w:rFonts w:ascii="Times New Roman" w:hAnsi="Times New Roman" w:cs="Times New Roman"/>
          <w:sz w:val="28"/>
          <w:szCs w:val="28"/>
          <w:lang w:val="ru-RU"/>
        </w:rPr>
        <w:t>сайыстары</w:t>
      </w:r>
      <w:proofErr w:type="spellEnd"/>
      <w:r w:rsidRPr="002C041D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2C041D">
        <w:rPr>
          <w:rFonts w:ascii="Times New Roman" w:hAnsi="Times New Roman" w:cs="Times New Roman"/>
          <w:sz w:val="28"/>
          <w:szCs w:val="28"/>
          <w:lang w:val="ru-RU"/>
        </w:rPr>
        <w:t>спорттық</w:t>
      </w:r>
      <w:proofErr w:type="spellEnd"/>
      <w:r w:rsidRPr="002C041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C041D">
        <w:rPr>
          <w:rFonts w:ascii="Times New Roman" w:hAnsi="Times New Roman" w:cs="Times New Roman"/>
          <w:sz w:val="28"/>
          <w:szCs w:val="28"/>
          <w:lang w:val="ru-RU"/>
        </w:rPr>
        <w:t>жарыстарда</w:t>
      </w:r>
      <w:proofErr w:type="spellEnd"/>
      <w:r w:rsidRPr="002C041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C041D">
        <w:rPr>
          <w:rFonts w:ascii="Times New Roman" w:hAnsi="Times New Roman" w:cs="Times New Roman"/>
          <w:sz w:val="28"/>
          <w:szCs w:val="28"/>
          <w:lang w:val="ru-RU"/>
        </w:rPr>
        <w:t>жүлделі</w:t>
      </w:r>
      <w:proofErr w:type="spellEnd"/>
      <w:r w:rsidRPr="002C041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C041D">
        <w:rPr>
          <w:rFonts w:ascii="Times New Roman" w:hAnsi="Times New Roman" w:cs="Times New Roman"/>
          <w:sz w:val="28"/>
          <w:szCs w:val="28"/>
          <w:lang w:val="ru-RU"/>
        </w:rPr>
        <w:t>орындарға</w:t>
      </w:r>
      <w:proofErr w:type="spellEnd"/>
      <w:r w:rsidRPr="002C041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C041D">
        <w:rPr>
          <w:rFonts w:ascii="Times New Roman" w:hAnsi="Times New Roman" w:cs="Times New Roman"/>
          <w:sz w:val="28"/>
          <w:szCs w:val="28"/>
          <w:lang w:val="ru-RU"/>
        </w:rPr>
        <w:t>ие</w:t>
      </w:r>
      <w:proofErr w:type="spellEnd"/>
      <w:r w:rsidRPr="002C041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C041D">
        <w:rPr>
          <w:rFonts w:ascii="Times New Roman" w:hAnsi="Times New Roman" w:cs="Times New Roman"/>
          <w:sz w:val="28"/>
          <w:szCs w:val="28"/>
          <w:lang w:val="ru-RU"/>
        </w:rPr>
        <w:t>болды</w:t>
      </w:r>
      <w:proofErr w:type="spellEnd"/>
      <w:r w:rsidRPr="002C041D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711B52" w:rsidRPr="002C041D" w:rsidRDefault="00B116A9" w:rsidP="000D0B06">
      <w:pPr>
        <w:pStyle w:val="a0"/>
        <w:numPr>
          <w:ilvl w:val="0"/>
          <w:numId w:val="0"/>
        </w:numPr>
        <w:ind w:left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C041D">
        <w:rPr>
          <w:rFonts w:ascii="Times New Roman" w:hAnsi="Times New Roman" w:cs="Times New Roman"/>
          <w:sz w:val="28"/>
          <w:szCs w:val="28"/>
          <w:lang w:val="ru-RU"/>
        </w:rPr>
        <w:t>-</w:t>
      </w:r>
      <w:r w:rsidRPr="002C041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C041D">
        <w:rPr>
          <w:rFonts w:ascii="Times New Roman" w:hAnsi="Times New Roman" w:cs="Times New Roman"/>
          <w:sz w:val="28"/>
          <w:szCs w:val="28"/>
          <w:lang w:val="ru-RU"/>
        </w:rPr>
        <w:t>оқушы</w:t>
      </w:r>
      <w:proofErr w:type="spellEnd"/>
      <w:r w:rsidRPr="002C041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C041D">
        <w:rPr>
          <w:rFonts w:ascii="Times New Roman" w:hAnsi="Times New Roman" w:cs="Times New Roman"/>
          <w:sz w:val="28"/>
          <w:szCs w:val="28"/>
          <w:lang w:val="ru-RU"/>
        </w:rPr>
        <w:t>түрлі</w:t>
      </w:r>
      <w:proofErr w:type="spellEnd"/>
      <w:r w:rsidRPr="002C041D">
        <w:rPr>
          <w:rFonts w:ascii="Times New Roman" w:hAnsi="Times New Roman" w:cs="Times New Roman"/>
          <w:sz w:val="28"/>
          <w:szCs w:val="28"/>
          <w:lang w:val="ru-RU"/>
        </w:rPr>
        <w:t xml:space="preserve"> олимпиада мен </w:t>
      </w:r>
      <w:proofErr w:type="spellStart"/>
      <w:r w:rsidRPr="002C041D">
        <w:rPr>
          <w:rFonts w:ascii="Times New Roman" w:hAnsi="Times New Roman" w:cs="Times New Roman"/>
          <w:sz w:val="28"/>
          <w:szCs w:val="28"/>
          <w:lang w:val="ru-RU"/>
        </w:rPr>
        <w:t>байқауларда</w:t>
      </w:r>
      <w:proofErr w:type="spellEnd"/>
      <w:r w:rsidRPr="002C041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C041D">
        <w:rPr>
          <w:rFonts w:ascii="Times New Roman" w:hAnsi="Times New Roman" w:cs="Times New Roman"/>
          <w:sz w:val="28"/>
          <w:szCs w:val="28"/>
          <w:lang w:val="ru-RU"/>
        </w:rPr>
        <w:t>жүлдегер</w:t>
      </w:r>
      <w:proofErr w:type="spellEnd"/>
      <w:r w:rsidRPr="002C041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C041D">
        <w:rPr>
          <w:rFonts w:ascii="Times New Roman" w:hAnsi="Times New Roman" w:cs="Times New Roman"/>
          <w:sz w:val="28"/>
          <w:szCs w:val="28"/>
          <w:lang w:val="ru-RU"/>
        </w:rPr>
        <w:t>атанды</w:t>
      </w:r>
      <w:proofErr w:type="spellEnd"/>
      <w:r w:rsidRPr="002C041D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711B52" w:rsidRPr="002C041D" w:rsidRDefault="00B116A9" w:rsidP="000D0B06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C041D">
        <w:rPr>
          <w:rFonts w:ascii="Times New Roman" w:hAnsi="Times New Roman" w:cs="Times New Roman"/>
          <w:sz w:val="28"/>
          <w:szCs w:val="28"/>
          <w:lang w:val="ru-RU"/>
        </w:rPr>
        <w:t xml:space="preserve">2024–2025 </w:t>
      </w:r>
      <w:proofErr w:type="spellStart"/>
      <w:r w:rsidRPr="002C041D">
        <w:rPr>
          <w:rFonts w:ascii="Times New Roman" w:hAnsi="Times New Roman" w:cs="Times New Roman"/>
          <w:sz w:val="28"/>
          <w:szCs w:val="28"/>
          <w:lang w:val="ru-RU"/>
        </w:rPr>
        <w:t>оқу</w:t>
      </w:r>
      <w:proofErr w:type="spellEnd"/>
      <w:r w:rsidRPr="002C041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C041D">
        <w:rPr>
          <w:rFonts w:ascii="Times New Roman" w:hAnsi="Times New Roman" w:cs="Times New Roman"/>
          <w:sz w:val="28"/>
          <w:szCs w:val="28"/>
          <w:lang w:val="ru-RU"/>
        </w:rPr>
        <w:t>жылында</w:t>
      </w:r>
      <w:proofErr w:type="spellEnd"/>
      <w:r w:rsidRPr="002C041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C041D">
        <w:rPr>
          <w:rFonts w:ascii="Times New Roman" w:hAnsi="Times New Roman" w:cs="Times New Roman"/>
          <w:sz w:val="28"/>
          <w:szCs w:val="28"/>
          <w:lang w:val="ru-RU"/>
        </w:rPr>
        <w:t>тәрбие</w:t>
      </w:r>
      <w:proofErr w:type="spellEnd"/>
      <w:r w:rsidRPr="002C041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C041D">
        <w:rPr>
          <w:rFonts w:ascii="Times New Roman" w:hAnsi="Times New Roman" w:cs="Times New Roman"/>
          <w:sz w:val="28"/>
          <w:szCs w:val="28"/>
          <w:lang w:val="ru-RU"/>
        </w:rPr>
        <w:t>жұмыстары</w:t>
      </w:r>
      <w:proofErr w:type="spellEnd"/>
      <w:r w:rsidRPr="002C041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C041D">
        <w:rPr>
          <w:rFonts w:ascii="Times New Roman" w:hAnsi="Times New Roman" w:cs="Times New Roman"/>
          <w:sz w:val="28"/>
          <w:szCs w:val="28"/>
          <w:lang w:val="ru-RU"/>
        </w:rPr>
        <w:t>жүйелі</w:t>
      </w:r>
      <w:proofErr w:type="spellEnd"/>
      <w:r w:rsidRPr="002C041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C041D">
        <w:rPr>
          <w:rFonts w:ascii="Times New Roman" w:hAnsi="Times New Roman" w:cs="Times New Roman"/>
          <w:sz w:val="28"/>
          <w:szCs w:val="28"/>
          <w:lang w:val="ru-RU"/>
        </w:rPr>
        <w:t>түрде</w:t>
      </w:r>
      <w:proofErr w:type="spellEnd"/>
      <w:r w:rsidRPr="002C041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C041D">
        <w:rPr>
          <w:rFonts w:ascii="Times New Roman" w:hAnsi="Times New Roman" w:cs="Times New Roman"/>
          <w:sz w:val="28"/>
          <w:szCs w:val="28"/>
          <w:lang w:val="ru-RU"/>
        </w:rPr>
        <w:t>жоспарланып</w:t>
      </w:r>
      <w:proofErr w:type="spellEnd"/>
      <w:r w:rsidRPr="002C041D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2C041D">
        <w:rPr>
          <w:rFonts w:ascii="Times New Roman" w:hAnsi="Times New Roman" w:cs="Times New Roman"/>
          <w:sz w:val="28"/>
          <w:szCs w:val="28"/>
          <w:lang w:val="ru-RU"/>
        </w:rPr>
        <w:t>жоғары</w:t>
      </w:r>
      <w:proofErr w:type="spellEnd"/>
      <w:r w:rsidRPr="002C041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C041D">
        <w:rPr>
          <w:rFonts w:ascii="Times New Roman" w:hAnsi="Times New Roman" w:cs="Times New Roman"/>
          <w:sz w:val="28"/>
          <w:szCs w:val="28"/>
          <w:lang w:val="ru-RU"/>
        </w:rPr>
        <w:t>деңгейде</w:t>
      </w:r>
      <w:proofErr w:type="spellEnd"/>
      <w:r w:rsidRPr="002C041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C041D">
        <w:rPr>
          <w:rFonts w:ascii="Times New Roman" w:hAnsi="Times New Roman" w:cs="Times New Roman"/>
          <w:sz w:val="28"/>
          <w:szCs w:val="28"/>
          <w:lang w:val="ru-RU"/>
        </w:rPr>
        <w:t>орындалды</w:t>
      </w:r>
      <w:proofErr w:type="spellEnd"/>
      <w:r w:rsidRPr="002C041D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2C041D">
        <w:rPr>
          <w:rFonts w:ascii="Times New Roman" w:hAnsi="Times New Roman" w:cs="Times New Roman"/>
          <w:sz w:val="28"/>
          <w:szCs w:val="28"/>
          <w:lang w:val="ru-RU"/>
        </w:rPr>
        <w:t>Жыл</w:t>
      </w:r>
      <w:proofErr w:type="spellEnd"/>
      <w:r w:rsidRPr="002C041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C041D">
        <w:rPr>
          <w:rFonts w:ascii="Times New Roman" w:hAnsi="Times New Roman" w:cs="Times New Roman"/>
          <w:sz w:val="28"/>
          <w:szCs w:val="28"/>
          <w:lang w:val="ru-RU"/>
        </w:rPr>
        <w:t>бойы</w:t>
      </w:r>
      <w:proofErr w:type="spellEnd"/>
      <w:r w:rsidRPr="002C041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C041D">
        <w:rPr>
          <w:rFonts w:ascii="Times New Roman" w:hAnsi="Times New Roman" w:cs="Times New Roman"/>
          <w:sz w:val="28"/>
          <w:szCs w:val="28"/>
          <w:lang w:val="ru-RU"/>
        </w:rPr>
        <w:t>өткізілген</w:t>
      </w:r>
      <w:proofErr w:type="spellEnd"/>
      <w:r w:rsidRPr="002C041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C041D">
        <w:rPr>
          <w:rFonts w:ascii="Times New Roman" w:hAnsi="Times New Roman" w:cs="Times New Roman"/>
          <w:sz w:val="28"/>
          <w:szCs w:val="28"/>
          <w:lang w:val="ru-RU"/>
        </w:rPr>
        <w:t>іс</w:t>
      </w:r>
      <w:r w:rsidRPr="002C041D">
        <w:rPr>
          <w:rFonts w:ascii="Times New Roman" w:hAnsi="Times New Roman" w:cs="Times New Roman"/>
          <w:sz w:val="28"/>
          <w:szCs w:val="28"/>
          <w:lang w:val="ru-RU"/>
        </w:rPr>
        <w:t>-шаралар</w:t>
      </w:r>
      <w:proofErr w:type="spellEnd"/>
      <w:r w:rsidRPr="002C041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C041D">
        <w:rPr>
          <w:rFonts w:ascii="Times New Roman" w:hAnsi="Times New Roman" w:cs="Times New Roman"/>
          <w:sz w:val="28"/>
          <w:szCs w:val="28"/>
          <w:lang w:val="ru-RU"/>
        </w:rPr>
        <w:t>оқушылардың</w:t>
      </w:r>
      <w:proofErr w:type="spellEnd"/>
      <w:r w:rsidRPr="002C041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C041D">
        <w:rPr>
          <w:rFonts w:ascii="Times New Roman" w:hAnsi="Times New Roman" w:cs="Times New Roman"/>
          <w:sz w:val="28"/>
          <w:szCs w:val="28"/>
          <w:lang w:val="ru-RU"/>
        </w:rPr>
        <w:t>рухани</w:t>
      </w:r>
      <w:proofErr w:type="spellEnd"/>
      <w:r w:rsidRPr="002C041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C041D">
        <w:rPr>
          <w:rFonts w:ascii="Times New Roman" w:hAnsi="Times New Roman" w:cs="Times New Roman"/>
          <w:sz w:val="28"/>
          <w:szCs w:val="28"/>
          <w:lang w:val="ru-RU"/>
        </w:rPr>
        <w:t>дамуына</w:t>
      </w:r>
      <w:proofErr w:type="spellEnd"/>
      <w:r w:rsidRPr="002C041D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2C041D">
        <w:rPr>
          <w:rFonts w:ascii="Times New Roman" w:hAnsi="Times New Roman" w:cs="Times New Roman"/>
          <w:sz w:val="28"/>
          <w:szCs w:val="28"/>
          <w:lang w:val="ru-RU"/>
        </w:rPr>
        <w:t>отансүйгіштік</w:t>
      </w:r>
      <w:proofErr w:type="spellEnd"/>
      <w:r w:rsidRPr="002C041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C041D">
        <w:rPr>
          <w:rFonts w:ascii="Times New Roman" w:hAnsi="Times New Roman" w:cs="Times New Roman"/>
          <w:sz w:val="28"/>
          <w:szCs w:val="28"/>
          <w:lang w:val="ru-RU"/>
        </w:rPr>
        <w:t>қасиеттерінің</w:t>
      </w:r>
      <w:proofErr w:type="spellEnd"/>
      <w:r w:rsidRPr="002C041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C041D">
        <w:rPr>
          <w:rFonts w:ascii="Times New Roman" w:hAnsi="Times New Roman" w:cs="Times New Roman"/>
          <w:sz w:val="28"/>
          <w:szCs w:val="28"/>
          <w:lang w:val="ru-RU"/>
        </w:rPr>
        <w:t>артуына</w:t>
      </w:r>
      <w:proofErr w:type="spellEnd"/>
      <w:r w:rsidRPr="002C041D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2C041D">
        <w:rPr>
          <w:rFonts w:ascii="Times New Roman" w:hAnsi="Times New Roman" w:cs="Times New Roman"/>
          <w:sz w:val="28"/>
          <w:szCs w:val="28"/>
          <w:lang w:val="ru-RU"/>
        </w:rPr>
        <w:t>белсенді</w:t>
      </w:r>
      <w:proofErr w:type="spellEnd"/>
      <w:r w:rsidRPr="002C041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C041D">
        <w:rPr>
          <w:rFonts w:ascii="Times New Roman" w:hAnsi="Times New Roman" w:cs="Times New Roman"/>
          <w:sz w:val="28"/>
          <w:szCs w:val="28"/>
          <w:lang w:val="ru-RU"/>
        </w:rPr>
        <w:t>азаматтық</w:t>
      </w:r>
      <w:proofErr w:type="spellEnd"/>
      <w:r w:rsidRPr="002C041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C041D">
        <w:rPr>
          <w:rFonts w:ascii="Times New Roman" w:hAnsi="Times New Roman" w:cs="Times New Roman"/>
          <w:sz w:val="28"/>
          <w:szCs w:val="28"/>
          <w:lang w:val="ru-RU"/>
        </w:rPr>
        <w:t>ұстанымының</w:t>
      </w:r>
      <w:proofErr w:type="spellEnd"/>
      <w:r w:rsidRPr="002C041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C041D">
        <w:rPr>
          <w:rFonts w:ascii="Times New Roman" w:hAnsi="Times New Roman" w:cs="Times New Roman"/>
          <w:sz w:val="28"/>
          <w:szCs w:val="28"/>
          <w:lang w:val="ru-RU"/>
        </w:rPr>
        <w:t>қалыптасуына</w:t>
      </w:r>
      <w:proofErr w:type="spellEnd"/>
      <w:r w:rsidRPr="002C041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C041D">
        <w:rPr>
          <w:rFonts w:ascii="Times New Roman" w:hAnsi="Times New Roman" w:cs="Times New Roman"/>
          <w:sz w:val="28"/>
          <w:szCs w:val="28"/>
          <w:lang w:val="ru-RU"/>
        </w:rPr>
        <w:t>оң</w:t>
      </w:r>
      <w:proofErr w:type="spellEnd"/>
      <w:r w:rsidRPr="002C041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C041D">
        <w:rPr>
          <w:rFonts w:ascii="Times New Roman" w:hAnsi="Times New Roman" w:cs="Times New Roman"/>
          <w:sz w:val="28"/>
          <w:szCs w:val="28"/>
          <w:lang w:val="ru-RU"/>
        </w:rPr>
        <w:t>әсер</w:t>
      </w:r>
      <w:proofErr w:type="spellEnd"/>
      <w:r w:rsidRPr="002C041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C041D">
        <w:rPr>
          <w:rFonts w:ascii="Times New Roman" w:hAnsi="Times New Roman" w:cs="Times New Roman"/>
          <w:sz w:val="28"/>
          <w:szCs w:val="28"/>
          <w:lang w:val="ru-RU"/>
        </w:rPr>
        <w:t>етті</w:t>
      </w:r>
      <w:proofErr w:type="spellEnd"/>
      <w:r w:rsidRPr="002C041D"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2C041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2C041D">
        <w:rPr>
          <w:rFonts w:ascii="Times New Roman" w:hAnsi="Times New Roman" w:cs="Times New Roman"/>
          <w:sz w:val="28"/>
          <w:szCs w:val="28"/>
          <w:lang w:val="ru-RU"/>
        </w:rPr>
        <w:br/>
      </w:r>
      <w:proofErr w:type="spellStart"/>
      <w:r w:rsidRPr="002C041D">
        <w:rPr>
          <w:rFonts w:ascii="Times New Roman" w:hAnsi="Times New Roman" w:cs="Times New Roman"/>
          <w:sz w:val="28"/>
          <w:szCs w:val="28"/>
          <w:lang w:val="ru-RU"/>
        </w:rPr>
        <w:t>Ұсыныстар</w:t>
      </w:r>
      <w:proofErr w:type="spellEnd"/>
      <w:r w:rsidRPr="002C041D">
        <w:rPr>
          <w:rFonts w:ascii="Times New Roman" w:hAnsi="Times New Roman" w:cs="Times New Roman"/>
          <w:sz w:val="28"/>
          <w:szCs w:val="28"/>
          <w:lang w:val="ru-RU"/>
        </w:rPr>
        <w:t>:</w:t>
      </w:r>
      <w:r w:rsidRPr="002C041D">
        <w:rPr>
          <w:rFonts w:ascii="Times New Roman" w:hAnsi="Times New Roman" w:cs="Times New Roman"/>
          <w:sz w:val="28"/>
          <w:szCs w:val="28"/>
          <w:lang w:val="ru-RU"/>
        </w:rPr>
        <w:br/>
        <w:t xml:space="preserve">- </w:t>
      </w:r>
      <w:proofErr w:type="spellStart"/>
      <w:r w:rsidRPr="002C041D">
        <w:rPr>
          <w:rFonts w:ascii="Times New Roman" w:hAnsi="Times New Roman" w:cs="Times New Roman"/>
          <w:sz w:val="28"/>
          <w:szCs w:val="28"/>
          <w:lang w:val="ru-RU"/>
        </w:rPr>
        <w:t>Келесі</w:t>
      </w:r>
      <w:proofErr w:type="spellEnd"/>
      <w:r w:rsidRPr="002C041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C041D">
        <w:rPr>
          <w:rFonts w:ascii="Times New Roman" w:hAnsi="Times New Roman" w:cs="Times New Roman"/>
          <w:sz w:val="28"/>
          <w:szCs w:val="28"/>
          <w:lang w:val="ru-RU"/>
        </w:rPr>
        <w:t>жылы</w:t>
      </w:r>
      <w:proofErr w:type="spellEnd"/>
      <w:r w:rsidRPr="002C041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C041D">
        <w:rPr>
          <w:rFonts w:ascii="Times New Roman" w:hAnsi="Times New Roman" w:cs="Times New Roman"/>
          <w:sz w:val="28"/>
          <w:szCs w:val="28"/>
          <w:lang w:val="ru-RU"/>
        </w:rPr>
        <w:t>мектепішілік</w:t>
      </w:r>
      <w:proofErr w:type="spellEnd"/>
      <w:r w:rsidRPr="002C041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C041D">
        <w:rPr>
          <w:rFonts w:ascii="Times New Roman" w:hAnsi="Times New Roman" w:cs="Times New Roman"/>
          <w:sz w:val="28"/>
          <w:szCs w:val="28"/>
          <w:lang w:val="ru-RU"/>
        </w:rPr>
        <w:t>волонтерлік</w:t>
      </w:r>
      <w:proofErr w:type="spellEnd"/>
      <w:r w:rsidRPr="002C041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C041D">
        <w:rPr>
          <w:rFonts w:ascii="Times New Roman" w:hAnsi="Times New Roman" w:cs="Times New Roman"/>
          <w:sz w:val="28"/>
          <w:szCs w:val="28"/>
          <w:lang w:val="ru-RU"/>
        </w:rPr>
        <w:t>қозғалысты</w:t>
      </w:r>
      <w:proofErr w:type="spellEnd"/>
      <w:r w:rsidRPr="002C041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C041D">
        <w:rPr>
          <w:rFonts w:ascii="Times New Roman" w:hAnsi="Times New Roman" w:cs="Times New Roman"/>
          <w:sz w:val="28"/>
          <w:szCs w:val="28"/>
          <w:lang w:val="ru-RU"/>
        </w:rPr>
        <w:t>күшейту</w:t>
      </w:r>
      <w:proofErr w:type="spellEnd"/>
      <w:r w:rsidRPr="002C041D">
        <w:rPr>
          <w:rFonts w:ascii="Times New Roman" w:hAnsi="Times New Roman" w:cs="Times New Roman"/>
          <w:sz w:val="28"/>
          <w:szCs w:val="28"/>
          <w:lang w:val="ru-RU"/>
        </w:rPr>
        <w:br/>
        <w:t xml:space="preserve">- </w:t>
      </w:r>
      <w:proofErr w:type="spellStart"/>
      <w:r w:rsidRPr="002C041D">
        <w:rPr>
          <w:rFonts w:ascii="Times New Roman" w:hAnsi="Times New Roman" w:cs="Times New Roman"/>
          <w:sz w:val="28"/>
          <w:szCs w:val="28"/>
          <w:lang w:val="ru-RU"/>
        </w:rPr>
        <w:t>Экологиялық</w:t>
      </w:r>
      <w:proofErr w:type="spellEnd"/>
      <w:r w:rsidRPr="002C041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C041D">
        <w:rPr>
          <w:rFonts w:ascii="Times New Roman" w:hAnsi="Times New Roman" w:cs="Times New Roman"/>
          <w:sz w:val="28"/>
          <w:szCs w:val="28"/>
          <w:lang w:val="ru-RU"/>
        </w:rPr>
        <w:t>жобаларды</w:t>
      </w:r>
      <w:proofErr w:type="spellEnd"/>
      <w:r w:rsidRPr="002C041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C041D">
        <w:rPr>
          <w:rFonts w:ascii="Times New Roman" w:hAnsi="Times New Roman" w:cs="Times New Roman"/>
          <w:sz w:val="28"/>
          <w:szCs w:val="28"/>
          <w:lang w:val="ru-RU"/>
        </w:rPr>
        <w:t>кеңейту</w:t>
      </w:r>
      <w:proofErr w:type="spellEnd"/>
      <w:r w:rsidRPr="002C041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2C041D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- </w:t>
      </w:r>
      <w:proofErr w:type="spellStart"/>
      <w:r w:rsidRPr="002C041D">
        <w:rPr>
          <w:rFonts w:ascii="Times New Roman" w:hAnsi="Times New Roman" w:cs="Times New Roman"/>
          <w:sz w:val="28"/>
          <w:szCs w:val="28"/>
          <w:lang w:val="ru-RU"/>
        </w:rPr>
        <w:t>Ата-аналармен</w:t>
      </w:r>
      <w:proofErr w:type="spellEnd"/>
      <w:r w:rsidRPr="002C041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C041D">
        <w:rPr>
          <w:rFonts w:ascii="Times New Roman" w:hAnsi="Times New Roman" w:cs="Times New Roman"/>
          <w:sz w:val="28"/>
          <w:szCs w:val="28"/>
          <w:lang w:val="ru-RU"/>
        </w:rPr>
        <w:t>жұмыст</w:t>
      </w:r>
      <w:r w:rsidRPr="002C041D">
        <w:rPr>
          <w:rFonts w:ascii="Times New Roman" w:hAnsi="Times New Roman" w:cs="Times New Roman"/>
          <w:sz w:val="28"/>
          <w:szCs w:val="28"/>
          <w:lang w:val="ru-RU"/>
        </w:rPr>
        <w:t>ы</w:t>
      </w:r>
      <w:proofErr w:type="spellEnd"/>
      <w:r w:rsidRPr="002C041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C041D">
        <w:rPr>
          <w:rFonts w:ascii="Times New Roman" w:hAnsi="Times New Roman" w:cs="Times New Roman"/>
          <w:sz w:val="28"/>
          <w:szCs w:val="28"/>
          <w:lang w:val="ru-RU"/>
        </w:rPr>
        <w:t>цифрлық</w:t>
      </w:r>
      <w:proofErr w:type="spellEnd"/>
      <w:r w:rsidRPr="002C041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C041D">
        <w:rPr>
          <w:rFonts w:ascii="Times New Roman" w:hAnsi="Times New Roman" w:cs="Times New Roman"/>
          <w:sz w:val="28"/>
          <w:szCs w:val="28"/>
          <w:lang w:val="ru-RU"/>
        </w:rPr>
        <w:t>форматта</w:t>
      </w:r>
      <w:proofErr w:type="spellEnd"/>
      <w:r w:rsidRPr="002C041D">
        <w:rPr>
          <w:rFonts w:ascii="Times New Roman" w:hAnsi="Times New Roman" w:cs="Times New Roman"/>
          <w:sz w:val="28"/>
          <w:szCs w:val="28"/>
          <w:lang w:val="ru-RU"/>
        </w:rPr>
        <w:t xml:space="preserve"> да </w:t>
      </w:r>
      <w:proofErr w:type="spellStart"/>
      <w:r w:rsidRPr="002C041D">
        <w:rPr>
          <w:rFonts w:ascii="Times New Roman" w:hAnsi="Times New Roman" w:cs="Times New Roman"/>
          <w:sz w:val="28"/>
          <w:szCs w:val="28"/>
          <w:lang w:val="ru-RU"/>
        </w:rPr>
        <w:t>жүргізу</w:t>
      </w:r>
      <w:proofErr w:type="spellEnd"/>
      <w:r w:rsidRPr="002C041D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Pr="002C041D">
        <w:rPr>
          <w:rFonts w:ascii="Times New Roman" w:hAnsi="Times New Roman" w:cs="Times New Roman"/>
          <w:sz w:val="28"/>
          <w:szCs w:val="28"/>
          <w:lang w:val="ru-RU"/>
        </w:rPr>
        <w:t>чаттар</w:t>
      </w:r>
      <w:proofErr w:type="spellEnd"/>
      <w:r w:rsidRPr="002C041D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2C041D">
        <w:rPr>
          <w:rFonts w:ascii="Times New Roman" w:hAnsi="Times New Roman" w:cs="Times New Roman"/>
          <w:sz w:val="28"/>
          <w:szCs w:val="28"/>
          <w:lang w:val="ru-RU"/>
        </w:rPr>
        <w:t>вебинарлар</w:t>
      </w:r>
      <w:proofErr w:type="spellEnd"/>
      <w:r w:rsidRPr="002C041D">
        <w:rPr>
          <w:rFonts w:ascii="Times New Roman" w:hAnsi="Times New Roman" w:cs="Times New Roman"/>
          <w:sz w:val="28"/>
          <w:szCs w:val="28"/>
          <w:lang w:val="ru-RU"/>
        </w:rPr>
        <w:t>)</w:t>
      </w:r>
    </w:p>
    <w:p w:rsidR="000D0B06" w:rsidRPr="002C041D" w:rsidRDefault="000D0B06" w:rsidP="000D0B06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711B52" w:rsidRPr="002C041D" w:rsidRDefault="00B116A9" w:rsidP="000D0B06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C041D">
        <w:rPr>
          <w:rFonts w:ascii="Times New Roman" w:hAnsi="Times New Roman" w:cs="Times New Roman"/>
          <w:sz w:val="28"/>
          <w:szCs w:val="28"/>
        </w:rPr>
        <w:t>Қолы</w:t>
      </w:r>
      <w:proofErr w:type="spellEnd"/>
      <w:r w:rsidRPr="002C041D">
        <w:rPr>
          <w:rFonts w:ascii="Times New Roman" w:hAnsi="Times New Roman" w:cs="Times New Roman"/>
          <w:sz w:val="28"/>
          <w:szCs w:val="28"/>
        </w:rPr>
        <w:t>: __________</w:t>
      </w:r>
    </w:p>
    <w:p w:rsidR="00711B52" w:rsidRDefault="00B116A9" w:rsidP="000D0B06">
      <w:pPr>
        <w:jc w:val="both"/>
        <w:rPr>
          <w:rFonts w:ascii="Times New Roman" w:hAnsi="Times New Roman" w:cs="Times New Roman"/>
          <w:sz w:val="28"/>
          <w:szCs w:val="28"/>
        </w:rPr>
      </w:pPr>
      <w:r w:rsidRPr="002C041D">
        <w:rPr>
          <w:rFonts w:ascii="Times New Roman" w:hAnsi="Times New Roman" w:cs="Times New Roman"/>
          <w:sz w:val="28"/>
          <w:szCs w:val="28"/>
        </w:rPr>
        <w:t xml:space="preserve">Күні: 29 </w:t>
      </w:r>
      <w:proofErr w:type="spellStart"/>
      <w:r w:rsidRPr="002C041D">
        <w:rPr>
          <w:rFonts w:ascii="Times New Roman" w:hAnsi="Times New Roman" w:cs="Times New Roman"/>
          <w:sz w:val="28"/>
          <w:szCs w:val="28"/>
        </w:rPr>
        <w:t>мамыр</w:t>
      </w:r>
      <w:proofErr w:type="spellEnd"/>
      <w:r w:rsidRPr="002C041D">
        <w:rPr>
          <w:rFonts w:ascii="Times New Roman" w:hAnsi="Times New Roman" w:cs="Times New Roman"/>
          <w:sz w:val="28"/>
          <w:szCs w:val="28"/>
        </w:rPr>
        <w:t xml:space="preserve"> 2025 </w:t>
      </w:r>
      <w:proofErr w:type="spellStart"/>
      <w:r w:rsidRPr="002C041D">
        <w:rPr>
          <w:rFonts w:ascii="Times New Roman" w:hAnsi="Times New Roman" w:cs="Times New Roman"/>
          <w:sz w:val="28"/>
          <w:szCs w:val="28"/>
        </w:rPr>
        <w:t>жыл</w:t>
      </w:r>
      <w:proofErr w:type="spellEnd"/>
    </w:p>
    <w:p w:rsidR="002C041D" w:rsidRDefault="002C041D" w:rsidP="000D0B0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C041D" w:rsidRDefault="002C041D" w:rsidP="000D0B0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C041D" w:rsidRDefault="002C041D" w:rsidP="000D0B0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C041D" w:rsidRDefault="002C041D" w:rsidP="000D0B0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C041D" w:rsidRDefault="002C041D" w:rsidP="000D0B0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C041D" w:rsidRDefault="002C041D" w:rsidP="000D0B0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C041D" w:rsidRDefault="002C041D" w:rsidP="000D0B0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C041D" w:rsidRDefault="002C041D" w:rsidP="000D0B0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C041D" w:rsidRDefault="002C041D" w:rsidP="000D0B0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C041D" w:rsidRDefault="002C041D" w:rsidP="000D0B0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C041D" w:rsidRDefault="002C041D" w:rsidP="000D0B0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C041D" w:rsidRDefault="002C041D" w:rsidP="000D0B0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C041D" w:rsidRDefault="002C041D" w:rsidP="000D0B0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C041D" w:rsidRDefault="002C041D" w:rsidP="000D0B0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C041D" w:rsidRDefault="002C041D" w:rsidP="000D0B0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C041D" w:rsidRDefault="002C041D" w:rsidP="000D0B0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C041D" w:rsidRDefault="002C041D" w:rsidP="000D0B0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C041D" w:rsidRDefault="002C041D" w:rsidP="000D0B0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20F0F" w:rsidRDefault="00820F0F" w:rsidP="00820F0F">
      <w:pPr>
        <w:jc w:val="center"/>
        <w:rPr>
          <w:rFonts w:ascii="Times New Roman" w:hAnsi="Times New Roman" w:cs="Times New Roman"/>
          <w:sz w:val="40"/>
          <w:szCs w:val="40"/>
          <w:lang w:val="kk-KZ"/>
        </w:rPr>
      </w:pPr>
      <w:r>
        <w:rPr>
          <w:rFonts w:ascii="Times New Roman" w:hAnsi="Times New Roman" w:cs="Times New Roman"/>
          <w:sz w:val="40"/>
          <w:szCs w:val="40"/>
          <w:lang w:val="kk-KZ"/>
        </w:rPr>
        <w:lastRenderedPageBreak/>
        <w:t>Қосшы қаласы</w:t>
      </w:r>
    </w:p>
    <w:p w:rsidR="002C041D" w:rsidRDefault="00820F0F" w:rsidP="00820F0F">
      <w:pPr>
        <w:jc w:val="center"/>
        <w:rPr>
          <w:rFonts w:ascii="Times New Roman" w:hAnsi="Times New Roman" w:cs="Times New Roman"/>
          <w:sz w:val="40"/>
          <w:szCs w:val="40"/>
          <w:lang w:val="kk-KZ"/>
        </w:rPr>
      </w:pPr>
      <w:r w:rsidRPr="00820F0F">
        <w:rPr>
          <w:rFonts w:ascii="Times New Roman" w:hAnsi="Times New Roman" w:cs="Times New Roman"/>
          <w:sz w:val="40"/>
          <w:szCs w:val="40"/>
          <w:lang w:val="kk-KZ"/>
        </w:rPr>
        <w:t>№3 Жалпы орта білім беретін мектебі</w:t>
      </w:r>
    </w:p>
    <w:p w:rsidR="00820F0F" w:rsidRDefault="00820F0F" w:rsidP="00820F0F">
      <w:pPr>
        <w:jc w:val="center"/>
        <w:rPr>
          <w:rFonts w:ascii="Times New Roman" w:hAnsi="Times New Roman" w:cs="Times New Roman"/>
          <w:sz w:val="40"/>
          <w:szCs w:val="40"/>
          <w:lang w:val="kk-KZ"/>
        </w:rPr>
      </w:pPr>
    </w:p>
    <w:p w:rsidR="00820F0F" w:rsidRDefault="00820F0F" w:rsidP="00820F0F">
      <w:pPr>
        <w:jc w:val="center"/>
        <w:rPr>
          <w:rFonts w:ascii="Times New Roman" w:hAnsi="Times New Roman" w:cs="Times New Roman"/>
          <w:sz w:val="40"/>
          <w:szCs w:val="40"/>
          <w:lang w:val="kk-KZ"/>
        </w:rPr>
      </w:pPr>
    </w:p>
    <w:p w:rsidR="00820F0F" w:rsidRDefault="00820F0F" w:rsidP="00820F0F">
      <w:pPr>
        <w:jc w:val="center"/>
        <w:rPr>
          <w:rFonts w:ascii="Times New Roman" w:hAnsi="Times New Roman" w:cs="Times New Roman"/>
          <w:sz w:val="40"/>
          <w:szCs w:val="40"/>
          <w:lang w:val="kk-KZ"/>
        </w:rPr>
      </w:pPr>
    </w:p>
    <w:p w:rsidR="00820F0F" w:rsidRDefault="00820F0F" w:rsidP="00820F0F">
      <w:pPr>
        <w:jc w:val="center"/>
        <w:rPr>
          <w:rFonts w:ascii="Times New Roman" w:hAnsi="Times New Roman" w:cs="Times New Roman"/>
          <w:sz w:val="40"/>
          <w:szCs w:val="40"/>
          <w:lang w:val="kk-KZ"/>
        </w:rPr>
      </w:pPr>
      <w:r>
        <w:rPr>
          <w:rFonts w:ascii="Times New Roman" w:hAnsi="Times New Roman" w:cs="Times New Roman"/>
          <w:sz w:val="40"/>
          <w:szCs w:val="40"/>
          <w:lang w:val="kk-KZ"/>
        </w:rPr>
        <w:t>Мектеп ұйымдастырушыларының жылдық есебі</w:t>
      </w:r>
    </w:p>
    <w:p w:rsidR="00820F0F" w:rsidRDefault="00820F0F" w:rsidP="00820F0F">
      <w:pPr>
        <w:jc w:val="center"/>
        <w:rPr>
          <w:rFonts w:ascii="Times New Roman" w:hAnsi="Times New Roman" w:cs="Times New Roman"/>
          <w:sz w:val="40"/>
          <w:szCs w:val="40"/>
          <w:lang w:val="kk-KZ"/>
        </w:rPr>
      </w:pPr>
    </w:p>
    <w:p w:rsidR="00820F0F" w:rsidRDefault="00820F0F" w:rsidP="00820F0F">
      <w:pPr>
        <w:jc w:val="center"/>
        <w:rPr>
          <w:rFonts w:ascii="Times New Roman" w:hAnsi="Times New Roman" w:cs="Times New Roman"/>
          <w:sz w:val="40"/>
          <w:szCs w:val="40"/>
          <w:lang w:val="kk-KZ"/>
        </w:rPr>
      </w:pPr>
      <w:r>
        <w:rPr>
          <w:rFonts w:ascii="Times New Roman" w:hAnsi="Times New Roman" w:cs="Times New Roman"/>
          <w:sz w:val="40"/>
          <w:szCs w:val="40"/>
          <w:lang w:val="kk-KZ"/>
        </w:rPr>
        <w:t>Ұйымдастырушылар: Қалыбаева Ж.М.</w:t>
      </w:r>
    </w:p>
    <w:p w:rsidR="00820F0F" w:rsidRDefault="00820F0F" w:rsidP="00820F0F">
      <w:pPr>
        <w:jc w:val="center"/>
        <w:rPr>
          <w:rFonts w:ascii="Times New Roman" w:hAnsi="Times New Roman" w:cs="Times New Roman"/>
          <w:sz w:val="40"/>
          <w:szCs w:val="40"/>
          <w:lang w:val="kk-KZ"/>
        </w:rPr>
      </w:pPr>
      <w:r>
        <w:rPr>
          <w:rFonts w:ascii="Times New Roman" w:hAnsi="Times New Roman" w:cs="Times New Roman"/>
          <w:sz w:val="40"/>
          <w:szCs w:val="40"/>
          <w:lang w:val="kk-KZ"/>
        </w:rPr>
        <w:t xml:space="preserve">                                  Зубайраева А.Е</w:t>
      </w:r>
    </w:p>
    <w:p w:rsidR="00820F0F" w:rsidRDefault="00820F0F" w:rsidP="00820F0F">
      <w:pPr>
        <w:jc w:val="center"/>
        <w:rPr>
          <w:rFonts w:ascii="Times New Roman" w:hAnsi="Times New Roman" w:cs="Times New Roman"/>
          <w:sz w:val="40"/>
          <w:szCs w:val="40"/>
          <w:lang w:val="kk-KZ"/>
        </w:rPr>
      </w:pPr>
    </w:p>
    <w:p w:rsidR="00820F0F" w:rsidRDefault="00820F0F" w:rsidP="00820F0F">
      <w:pPr>
        <w:jc w:val="center"/>
        <w:rPr>
          <w:rFonts w:ascii="Times New Roman" w:hAnsi="Times New Roman" w:cs="Times New Roman"/>
          <w:sz w:val="40"/>
          <w:szCs w:val="40"/>
          <w:lang w:val="kk-KZ"/>
        </w:rPr>
      </w:pPr>
      <w:bookmarkStart w:id="0" w:name="_GoBack"/>
      <w:bookmarkEnd w:id="0"/>
    </w:p>
    <w:p w:rsidR="00820F0F" w:rsidRDefault="00820F0F" w:rsidP="00820F0F">
      <w:pPr>
        <w:jc w:val="center"/>
        <w:rPr>
          <w:rFonts w:ascii="Times New Roman" w:hAnsi="Times New Roman" w:cs="Times New Roman"/>
          <w:sz w:val="40"/>
          <w:szCs w:val="40"/>
          <w:lang w:val="kk-KZ"/>
        </w:rPr>
      </w:pPr>
    </w:p>
    <w:p w:rsidR="00820F0F" w:rsidRDefault="00820F0F" w:rsidP="00820F0F">
      <w:pPr>
        <w:jc w:val="center"/>
        <w:rPr>
          <w:rFonts w:ascii="Times New Roman" w:hAnsi="Times New Roman" w:cs="Times New Roman"/>
          <w:sz w:val="40"/>
          <w:szCs w:val="40"/>
          <w:lang w:val="kk-KZ"/>
        </w:rPr>
      </w:pPr>
    </w:p>
    <w:p w:rsidR="00820F0F" w:rsidRDefault="00820F0F" w:rsidP="00820F0F">
      <w:pPr>
        <w:jc w:val="center"/>
        <w:rPr>
          <w:rFonts w:ascii="Times New Roman" w:hAnsi="Times New Roman" w:cs="Times New Roman"/>
          <w:sz w:val="40"/>
          <w:szCs w:val="40"/>
          <w:lang w:val="kk-KZ"/>
        </w:rPr>
      </w:pPr>
    </w:p>
    <w:p w:rsidR="00820F0F" w:rsidRDefault="00820F0F" w:rsidP="00820F0F">
      <w:pPr>
        <w:jc w:val="center"/>
        <w:rPr>
          <w:rFonts w:ascii="Times New Roman" w:hAnsi="Times New Roman" w:cs="Times New Roman"/>
          <w:sz w:val="40"/>
          <w:szCs w:val="40"/>
          <w:lang w:val="kk-KZ"/>
        </w:rPr>
      </w:pPr>
    </w:p>
    <w:p w:rsidR="00820F0F" w:rsidRDefault="00820F0F" w:rsidP="00820F0F">
      <w:pPr>
        <w:jc w:val="center"/>
        <w:rPr>
          <w:rFonts w:ascii="Times New Roman" w:hAnsi="Times New Roman" w:cs="Times New Roman"/>
          <w:sz w:val="40"/>
          <w:szCs w:val="40"/>
          <w:lang w:val="kk-KZ"/>
        </w:rPr>
      </w:pPr>
    </w:p>
    <w:p w:rsidR="00820F0F" w:rsidRPr="00820F0F" w:rsidRDefault="00820F0F" w:rsidP="00820F0F">
      <w:pPr>
        <w:jc w:val="center"/>
        <w:rPr>
          <w:rFonts w:ascii="Times New Roman" w:hAnsi="Times New Roman" w:cs="Times New Roman"/>
          <w:sz w:val="40"/>
          <w:szCs w:val="40"/>
          <w:lang w:val="kk-KZ"/>
        </w:rPr>
      </w:pPr>
      <w:r>
        <w:rPr>
          <w:rFonts w:ascii="Times New Roman" w:hAnsi="Times New Roman" w:cs="Times New Roman"/>
          <w:sz w:val="40"/>
          <w:szCs w:val="40"/>
          <w:lang w:val="kk-KZ"/>
        </w:rPr>
        <w:t>2024-2025 оқу жылы</w:t>
      </w:r>
    </w:p>
    <w:sectPr w:rsidR="00820F0F" w:rsidRPr="00820F0F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D0B06"/>
    <w:rsid w:val="0015074B"/>
    <w:rsid w:val="0029639D"/>
    <w:rsid w:val="002C041D"/>
    <w:rsid w:val="00326F90"/>
    <w:rsid w:val="00711B52"/>
    <w:rsid w:val="00796B34"/>
    <w:rsid w:val="007A5C4E"/>
    <w:rsid w:val="00820F0F"/>
    <w:rsid w:val="00AA1D8D"/>
    <w:rsid w:val="00B116A9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84CDC97"/>
  <w14:defaultImageDpi w14:val="300"/>
  <w15:docId w15:val="{05EC11C6-8498-4EBC-B281-4984F2A45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3628A51-BAF1-4F5C-A88F-960A145470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477</Words>
  <Characters>2723</Characters>
  <Application>Microsoft Office Word</Application>
  <DocSecurity>0</DocSecurity>
  <Lines>22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3194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203-12</cp:lastModifiedBy>
  <cp:revision>2</cp:revision>
  <dcterms:created xsi:type="dcterms:W3CDTF">2025-05-30T04:36:00Z</dcterms:created>
  <dcterms:modified xsi:type="dcterms:W3CDTF">2025-05-30T04:36:00Z</dcterms:modified>
  <cp:category/>
</cp:coreProperties>
</file>